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F7287D" w14:textId="77777777" w:rsidR="00E665E0" w:rsidRPr="009F7997" w:rsidRDefault="00000000">
      <w:pPr>
        <w:pStyle w:val="Heading1"/>
        <w:jc w:val="center"/>
        <w:rPr>
          <w:rFonts w:ascii="Arial" w:hAnsi="Arial" w:cs="Arial"/>
          <w:sz w:val="24"/>
          <w:szCs w:val="24"/>
        </w:rPr>
      </w:pPr>
      <w:r w:rsidRPr="009F7997">
        <w:rPr>
          <w:rFonts w:ascii="Arial" w:hAnsi="Arial" w:cs="Arial"/>
          <w:sz w:val="24"/>
          <w:szCs w:val="24"/>
        </w:rPr>
        <w:t>America at 250</w:t>
      </w:r>
      <w:r w:rsidRPr="009F7997">
        <w:rPr>
          <w:rFonts w:ascii="Arial" w:hAnsi="Arial" w:cs="Arial"/>
          <w:sz w:val="24"/>
          <w:szCs w:val="24"/>
        </w:rPr>
        <w:br/>
        <w:t>A Story of Freedom</w:t>
      </w:r>
    </w:p>
    <w:p w14:paraId="5BD91BE6" w14:textId="77777777" w:rsidR="00E665E0" w:rsidRPr="009F7997" w:rsidRDefault="00000000" w:rsidP="007C7B21">
      <w:pPr>
        <w:spacing w:after="0"/>
        <w:jc w:val="center"/>
        <w:rPr>
          <w:rFonts w:ascii="Arial" w:hAnsi="Arial" w:cs="Arial"/>
          <w:szCs w:val="24"/>
        </w:rPr>
      </w:pPr>
      <w:r w:rsidRPr="009F7997">
        <w:rPr>
          <w:rFonts w:ascii="Arial" w:hAnsi="Arial" w:cs="Arial"/>
          <w:b/>
          <w:szCs w:val="24"/>
        </w:rPr>
        <w:t>Part I – The Night That Changed the World</w:t>
      </w:r>
      <w:r w:rsidRPr="009F7997">
        <w:rPr>
          <w:rFonts w:ascii="Arial" w:hAnsi="Arial" w:cs="Arial"/>
          <w:b/>
          <w:szCs w:val="24"/>
        </w:rPr>
        <w:br/>
        <w:t>Commander Dale Taylor</w:t>
      </w:r>
      <w:r w:rsidRPr="009F7997">
        <w:rPr>
          <w:rFonts w:ascii="Arial" w:hAnsi="Arial" w:cs="Arial"/>
          <w:b/>
          <w:szCs w:val="24"/>
        </w:rPr>
        <w:br/>
        <w:t>Eastern Shore American Legion Post 199</w:t>
      </w:r>
      <w:r w:rsidRPr="009F7997">
        <w:rPr>
          <w:rFonts w:ascii="Arial" w:hAnsi="Arial" w:cs="Arial"/>
          <w:b/>
          <w:szCs w:val="24"/>
        </w:rPr>
        <w:br/>
        <w:t>Independence Day 2026</w:t>
      </w:r>
    </w:p>
    <w:p w14:paraId="67CBA9CB" w14:textId="77777777" w:rsidR="00187160" w:rsidRDefault="00000000">
      <w:pPr>
        <w:rPr>
          <w:rFonts w:ascii="Arial" w:hAnsi="Arial" w:cs="Arial"/>
          <w:szCs w:val="24"/>
        </w:rPr>
      </w:pPr>
      <w:r w:rsidRPr="009F7997">
        <w:rPr>
          <w:rFonts w:ascii="Arial" w:hAnsi="Arial" w:cs="Arial"/>
          <w:szCs w:val="24"/>
        </w:rPr>
        <w:br/>
        <w:t>Today, I want to do something a little different.</w:t>
      </w:r>
      <w:r w:rsidRPr="009F7997">
        <w:rPr>
          <w:rFonts w:ascii="Arial" w:hAnsi="Arial" w:cs="Arial"/>
          <w:szCs w:val="24"/>
        </w:rPr>
        <w:br/>
        <w:t>Before the fireworks...</w:t>
      </w:r>
      <w:r w:rsidRPr="009F7997">
        <w:rPr>
          <w:rFonts w:ascii="Arial" w:hAnsi="Arial" w:cs="Arial"/>
          <w:szCs w:val="24"/>
        </w:rPr>
        <w:br/>
        <w:t>Before the music...</w:t>
      </w:r>
      <w:r w:rsidRPr="009F7997">
        <w:rPr>
          <w:rFonts w:ascii="Arial" w:hAnsi="Arial" w:cs="Arial"/>
          <w:szCs w:val="24"/>
        </w:rPr>
        <w:br/>
        <w:t>Before the celebrations...</w:t>
      </w:r>
      <w:r w:rsidRPr="009F7997">
        <w:rPr>
          <w:rFonts w:ascii="Arial" w:hAnsi="Arial" w:cs="Arial"/>
          <w:szCs w:val="24"/>
        </w:rPr>
        <w:br/>
        <w:t>I'd like to ask you to take a journey with me.</w:t>
      </w:r>
      <w:r w:rsidRPr="009F7997">
        <w:rPr>
          <w:rFonts w:ascii="Arial" w:hAnsi="Arial" w:cs="Arial"/>
          <w:szCs w:val="24"/>
        </w:rPr>
        <w:br/>
        <w:t>Not across America.</w:t>
      </w:r>
      <w:r w:rsidRPr="009F7997">
        <w:rPr>
          <w:rFonts w:ascii="Arial" w:hAnsi="Arial" w:cs="Arial"/>
          <w:szCs w:val="24"/>
        </w:rPr>
        <w:br/>
        <w:t>Across time.</w:t>
      </w:r>
      <w:r w:rsidRPr="009F7997">
        <w:rPr>
          <w:rFonts w:ascii="Arial" w:hAnsi="Arial" w:cs="Arial"/>
          <w:szCs w:val="24"/>
        </w:rPr>
        <w:br/>
        <w:t>Close your eyes for just a moment.</w:t>
      </w:r>
      <w:r w:rsidRPr="009F7997">
        <w:rPr>
          <w:rFonts w:ascii="Arial" w:hAnsi="Arial" w:cs="Arial"/>
          <w:szCs w:val="24"/>
        </w:rPr>
        <w:br/>
        <w:t>Imagine it is the evening of July 4, 1776.</w:t>
      </w:r>
      <w:r w:rsidRPr="009F7997">
        <w:rPr>
          <w:rFonts w:ascii="Arial" w:hAnsi="Arial" w:cs="Arial"/>
          <w:szCs w:val="24"/>
        </w:rPr>
        <w:br/>
        <w:t>The summer air hangs heavy over Philadelphia.</w:t>
      </w:r>
      <w:r w:rsidRPr="009F7997">
        <w:rPr>
          <w:rFonts w:ascii="Arial" w:hAnsi="Arial" w:cs="Arial"/>
          <w:szCs w:val="24"/>
        </w:rPr>
        <w:br/>
        <w:t>Horse-drawn wagons rumble over uneven cobblestone streets.</w:t>
      </w:r>
      <w:r w:rsidRPr="009F7997">
        <w:rPr>
          <w:rFonts w:ascii="Arial" w:hAnsi="Arial" w:cs="Arial"/>
          <w:szCs w:val="24"/>
        </w:rPr>
        <w:br/>
        <w:t>Shopkeepers are closing their doors.</w:t>
      </w:r>
      <w:r w:rsidRPr="009F7997">
        <w:rPr>
          <w:rFonts w:ascii="Arial" w:hAnsi="Arial" w:cs="Arial"/>
          <w:szCs w:val="24"/>
        </w:rPr>
        <w:br/>
        <w:t>Church bells sit silent.</w:t>
      </w:r>
      <w:r w:rsidRPr="009F7997">
        <w:rPr>
          <w:rFonts w:ascii="Arial" w:hAnsi="Arial" w:cs="Arial"/>
          <w:szCs w:val="24"/>
        </w:rPr>
        <w:br/>
        <w:t>People move through the streets without realizing that history has just changed forever.</w:t>
      </w:r>
      <w:r w:rsidRPr="009F7997">
        <w:rPr>
          <w:rFonts w:ascii="Arial" w:hAnsi="Arial" w:cs="Arial"/>
          <w:szCs w:val="24"/>
        </w:rPr>
        <w:br/>
        <w:t>Walk with me a little farther.</w:t>
      </w:r>
      <w:r w:rsidRPr="009F7997">
        <w:rPr>
          <w:rFonts w:ascii="Arial" w:hAnsi="Arial" w:cs="Arial"/>
          <w:szCs w:val="24"/>
        </w:rPr>
        <w:br/>
        <w:t>There, standing proudly on Chestnut Street, is a modest brick building known today as Independence Hall.</w:t>
      </w:r>
      <w:r w:rsidRPr="009F7997">
        <w:rPr>
          <w:rFonts w:ascii="Arial" w:hAnsi="Arial" w:cs="Arial"/>
          <w:szCs w:val="24"/>
        </w:rPr>
        <w:br/>
        <w:t>Inside, candlelight flickers against the walls.</w:t>
      </w:r>
      <w:r w:rsidRPr="009F7997">
        <w:rPr>
          <w:rFonts w:ascii="Arial" w:hAnsi="Arial" w:cs="Arial"/>
          <w:szCs w:val="24"/>
        </w:rPr>
        <w:br/>
        <w:t>The room is warm.</w:t>
      </w:r>
      <w:r w:rsidRPr="009F7997">
        <w:rPr>
          <w:rFonts w:ascii="Arial" w:hAnsi="Arial" w:cs="Arial"/>
          <w:szCs w:val="24"/>
        </w:rPr>
        <w:br/>
        <w:t>The windows are open.</w:t>
      </w:r>
      <w:r w:rsidRPr="009F7997">
        <w:rPr>
          <w:rFonts w:ascii="Arial" w:hAnsi="Arial" w:cs="Arial"/>
          <w:szCs w:val="24"/>
        </w:rPr>
        <w:br/>
        <w:t>A few men remain gathered in quiet conversation.</w:t>
      </w:r>
      <w:r w:rsidRPr="009F7997">
        <w:rPr>
          <w:rFonts w:ascii="Arial" w:hAnsi="Arial" w:cs="Arial"/>
          <w:szCs w:val="24"/>
        </w:rPr>
        <w:br/>
        <w:t>The excitement has faded.</w:t>
      </w:r>
      <w:r w:rsidRPr="009F7997">
        <w:rPr>
          <w:rFonts w:ascii="Arial" w:hAnsi="Arial" w:cs="Arial"/>
          <w:szCs w:val="24"/>
        </w:rPr>
        <w:br/>
        <w:t>Now comes the reality of what they have just done.</w:t>
      </w:r>
      <w:r w:rsidRPr="009F7997">
        <w:rPr>
          <w:rFonts w:ascii="Arial" w:hAnsi="Arial" w:cs="Arial"/>
          <w:szCs w:val="24"/>
        </w:rPr>
        <w:br/>
        <w:t>On the table before them lies a single sheet of parchment.</w:t>
      </w:r>
      <w:r w:rsidRPr="009F7997">
        <w:rPr>
          <w:rFonts w:ascii="Arial" w:hAnsi="Arial" w:cs="Arial"/>
          <w:szCs w:val="24"/>
        </w:rPr>
        <w:br/>
        <w:t>It is not a military strategy.</w:t>
      </w:r>
      <w:r w:rsidRPr="009F7997">
        <w:rPr>
          <w:rFonts w:ascii="Arial" w:hAnsi="Arial" w:cs="Arial"/>
          <w:szCs w:val="24"/>
        </w:rPr>
        <w:br/>
        <w:t>It is not a treaty.</w:t>
      </w:r>
      <w:r w:rsidRPr="009F7997">
        <w:rPr>
          <w:rFonts w:ascii="Arial" w:hAnsi="Arial" w:cs="Arial"/>
          <w:szCs w:val="24"/>
        </w:rPr>
        <w:br/>
        <w:t>It is not a constitution.</w:t>
      </w:r>
      <w:r w:rsidRPr="009F7997">
        <w:rPr>
          <w:rFonts w:ascii="Arial" w:hAnsi="Arial" w:cs="Arial"/>
          <w:szCs w:val="24"/>
        </w:rPr>
        <w:br/>
        <w:t>It is a declaration.</w:t>
      </w:r>
      <w:r w:rsidRPr="009F7997">
        <w:rPr>
          <w:rFonts w:ascii="Arial" w:hAnsi="Arial" w:cs="Arial"/>
          <w:szCs w:val="24"/>
        </w:rPr>
        <w:br/>
        <w:t>A declaration that thirteen small colonies would no longer bow before the most powerful empire on Earth.</w:t>
      </w:r>
    </w:p>
    <w:p w14:paraId="50BF2944" w14:textId="77777777" w:rsidR="00123C5A" w:rsidRDefault="00000000">
      <w:pPr>
        <w:rPr>
          <w:rFonts w:ascii="Arial" w:hAnsi="Arial" w:cs="Arial"/>
          <w:szCs w:val="24"/>
        </w:rPr>
      </w:pPr>
      <w:r w:rsidRPr="009F7997">
        <w:rPr>
          <w:rFonts w:ascii="Arial" w:hAnsi="Arial" w:cs="Arial"/>
          <w:szCs w:val="24"/>
        </w:rPr>
        <w:t>Fifty-six men have placed their names beneath those words.</w:t>
      </w:r>
      <w:r w:rsidRPr="009F7997">
        <w:rPr>
          <w:rFonts w:ascii="Arial" w:hAnsi="Arial" w:cs="Arial"/>
          <w:szCs w:val="24"/>
        </w:rPr>
        <w:br/>
        <w:t>They were farmers.</w:t>
      </w:r>
    </w:p>
    <w:p w14:paraId="36F3962E" w14:textId="77777777" w:rsidR="009B7078" w:rsidRDefault="00000000" w:rsidP="009B7078">
      <w:pPr>
        <w:spacing w:after="0"/>
        <w:rPr>
          <w:rFonts w:ascii="Arial" w:hAnsi="Arial" w:cs="Arial"/>
          <w:szCs w:val="24"/>
        </w:rPr>
      </w:pPr>
      <w:r w:rsidRPr="009F7997">
        <w:rPr>
          <w:rFonts w:ascii="Arial" w:hAnsi="Arial" w:cs="Arial"/>
          <w:szCs w:val="24"/>
        </w:rPr>
        <w:lastRenderedPageBreak/>
        <w:t>Merchants.</w:t>
      </w:r>
      <w:r w:rsidRPr="009F7997">
        <w:rPr>
          <w:rFonts w:ascii="Arial" w:hAnsi="Arial" w:cs="Arial"/>
          <w:szCs w:val="24"/>
        </w:rPr>
        <w:br/>
        <w:t>Lawyers.</w:t>
      </w:r>
      <w:r w:rsidRPr="009F7997">
        <w:rPr>
          <w:rFonts w:ascii="Arial" w:hAnsi="Arial" w:cs="Arial"/>
          <w:szCs w:val="24"/>
        </w:rPr>
        <w:br/>
        <w:t>Doctors.</w:t>
      </w:r>
      <w:r w:rsidRPr="009F7997">
        <w:rPr>
          <w:rFonts w:ascii="Arial" w:hAnsi="Arial" w:cs="Arial"/>
          <w:szCs w:val="24"/>
        </w:rPr>
        <w:br/>
        <w:t>Printers.</w:t>
      </w:r>
      <w:r w:rsidRPr="009F7997">
        <w:rPr>
          <w:rFonts w:ascii="Arial" w:hAnsi="Arial" w:cs="Arial"/>
          <w:szCs w:val="24"/>
        </w:rPr>
        <w:br/>
        <w:t>Businessmen.</w:t>
      </w:r>
      <w:r w:rsidRPr="009F7997">
        <w:rPr>
          <w:rFonts w:ascii="Arial" w:hAnsi="Arial" w:cs="Arial"/>
          <w:szCs w:val="24"/>
        </w:rPr>
        <w:br/>
        <w:t>Some were wealthy.</w:t>
      </w:r>
      <w:r w:rsidRPr="009F7997">
        <w:rPr>
          <w:rFonts w:ascii="Arial" w:hAnsi="Arial" w:cs="Arial"/>
          <w:szCs w:val="24"/>
        </w:rPr>
        <w:br/>
        <w:t>Some were not.</w:t>
      </w:r>
      <w:r w:rsidRPr="009F7997">
        <w:rPr>
          <w:rFonts w:ascii="Arial" w:hAnsi="Arial" w:cs="Arial"/>
          <w:szCs w:val="24"/>
        </w:rPr>
        <w:br/>
        <w:t>Some would become famous.</w:t>
      </w:r>
      <w:r w:rsidRPr="009F7997">
        <w:rPr>
          <w:rFonts w:ascii="Arial" w:hAnsi="Arial" w:cs="Arial"/>
          <w:szCs w:val="24"/>
        </w:rPr>
        <w:br/>
        <w:t>Many would be forgotten by history.</w:t>
      </w:r>
      <w:r w:rsidRPr="009F7997">
        <w:rPr>
          <w:rFonts w:ascii="Arial" w:hAnsi="Arial" w:cs="Arial"/>
          <w:szCs w:val="24"/>
        </w:rPr>
        <w:br/>
        <w:t>But every one of them understood exactly what signing that document meant.</w:t>
      </w:r>
      <w:r w:rsidRPr="009F7997">
        <w:rPr>
          <w:rFonts w:ascii="Arial" w:hAnsi="Arial" w:cs="Arial"/>
          <w:szCs w:val="24"/>
        </w:rPr>
        <w:br/>
        <w:t>If they failed...</w:t>
      </w:r>
      <w:r w:rsidRPr="009F7997">
        <w:rPr>
          <w:rFonts w:ascii="Arial" w:hAnsi="Arial" w:cs="Arial"/>
          <w:szCs w:val="24"/>
        </w:rPr>
        <w:br/>
        <w:t>They would be hunted.</w:t>
      </w:r>
      <w:r w:rsidRPr="009F7997">
        <w:rPr>
          <w:rFonts w:ascii="Arial" w:hAnsi="Arial" w:cs="Arial"/>
          <w:szCs w:val="24"/>
        </w:rPr>
        <w:br/>
        <w:t>Their property seized.</w:t>
      </w:r>
      <w:r w:rsidRPr="009F7997">
        <w:rPr>
          <w:rFonts w:ascii="Arial" w:hAnsi="Arial" w:cs="Arial"/>
          <w:szCs w:val="24"/>
        </w:rPr>
        <w:br/>
        <w:t>Their families endangered.</w:t>
      </w:r>
      <w:r w:rsidRPr="009F7997">
        <w:rPr>
          <w:rFonts w:ascii="Arial" w:hAnsi="Arial" w:cs="Arial"/>
          <w:szCs w:val="24"/>
        </w:rPr>
        <w:br/>
        <w:t>Their names remembered only as traitors.</w:t>
      </w:r>
      <w:r w:rsidRPr="009F7997">
        <w:rPr>
          <w:rFonts w:ascii="Arial" w:hAnsi="Arial" w:cs="Arial"/>
          <w:szCs w:val="24"/>
        </w:rPr>
        <w:br/>
        <w:t>Benjamin Franklin looked around the room and quietly remarked,</w:t>
      </w:r>
      <w:r w:rsidRPr="009F7997">
        <w:rPr>
          <w:rFonts w:ascii="Arial" w:hAnsi="Arial" w:cs="Arial"/>
          <w:szCs w:val="24"/>
        </w:rPr>
        <w:br/>
        <w:t>“We must, indeed, all hang together, or most assuredly we shall all hang separately.”</w:t>
      </w:r>
      <w:r w:rsidRPr="009F7997">
        <w:rPr>
          <w:rFonts w:ascii="Arial" w:hAnsi="Arial" w:cs="Arial"/>
          <w:szCs w:val="24"/>
        </w:rPr>
        <w:br/>
        <w:t>There was nervous laughter.</w:t>
      </w:r>
      <w:r w:rsidRPr="009F7997">
        <w:rPr>
          <w:rFonts w:ascii="Arial" w:hAnsi="Arial" w:cs="Arial"/>
          <w:szCs w:val="24"/>
        </w:rPr>
        <w:br/>
        <w:t>Because everyone knew he was right.</w:t>
      </w:r>
      <w:r w:rsidRPr="009F7997">
        <w:rPr>
          <w:rFonts w:ascii="Arial" w:hAnsi="Arial" w:cs="Arial"/>
          <w:szCs w:val="24"/>
        </w:rPr>
        <w:br/>
        <w:t>This was not politics.</w:t>
      </w:r>
      <w:r w:rsidRPr="009F7997">
        <w:rPr>
          <w:rFonts w:ascii="Arial" w:hAnsi="Arial" w:cs="Arial"/>
          <w:szCs w:val="24"/>
        </w:rPr>
        <w:br/>
        <w:t>This was courage.</w:t>
      </w:r>
      <w:r w:rsidRPr="009F7997">
        <w:rPr>
          <w:rFonts w:ascii="Arial" w:hAnsi="Arial" w:cs="Arial"/>
          <w:szCs w:val="24"/>
        </w:rPr>
        <w:br/>
        <w:t>John Hancock stepped forward and signed first.</w:t>
      </w:r>
      <w:r w:rsidRPr="009F7997">
        <w:rPr>
          <w:rFonts w:ascii="Arial" w:hAnsi="Arial" w:cs="Arial"/>
          <w:szCs w:val="24"/>
        </w:rPr>
        <w:br/>
        <w:t>Legend tells us he signed his name boldly so King George could read it without his spectacles.</w:t>
      </w:r>
      <w:r w:rsidRPr="009F7997">
        <w:rPr>
          <w:rFonts w:ascii="Arial" w:hAnsi="Arial" w:cs="Arial"/>
          <w:szCs w:val="24"/>
        </w:rPr>
        <w:br/>
        <w:t>Whether that story is completely true hardly matters.</w:t>
      </w:r>
      <w:r w:rsidRPr="009F7997">
        <w:rPr>
          <w:rFonts w:ascii="Arial" w:hAnsi="Arial" w:cs="Arial"/>
          <w:szCs w:val="24"/>
        </w:rPr>
        <w:br/>
        <w:t>What matters is that he signed.</w:t>
      </w:r>
      <w:r w:rsidRPr="009F7997">
        <w:rPr>
          <w:rFonts w:ascii="Arial" w:hAnsi="Arial" w:cs="Arial"/>
          <w:szCs w:val="24"/>
        </w:rPr>
        <w:br/>
        <w:t>Then another man stepped forward.</w:t>
      </w:r>
      <w:r w:rsidRPr="009F7997">
        <w:rPr>
          <w:rFonts w:ascii="Arial" w:hAnsi="Arial" w:cs="Arial"/>
          <w:szCs w:val="24"/>
        </w:rPr>
        <w:br/>
        <w:t>Then another.</w:t>
      </w:r>
      <w:r w:rsidRPr="009F7997">
        <w:rPr>
          <w:rFonts w:ascii="Arial" w:hAnsi="Arial" w:cs="Arial"/>
          <w:szCs w:val="24"/>
        </w:rPr>
        <w:br/>
        <w:t>Then another.</w:t>
      </w:r>
      <w:r w:rsidRPr="009F7997">
        <w:rPr>
          <w:rFonts w:ascii="Arial" w:hAnsi="Arial" w:cs="Arial"/>
          <w:szCs w:val="24"/>
        </w:rPr>
        <w:br/>
        <w:t>One by one.</w:t>
      </w:r>
      <w:r w:rsidRPr="009F7997">
        <w:rPr>
          <w:rFonts w:ascii="Arial" w:hAnsi="Arial" w:cs="Arial"/>
          <w:szCs w:val="24"/>
        </w:rPr>
        <w:br/>
        <w:t>Fifty-six signatures.</w:t>
      </w:r>
      <w:r w:rsidRPr="009F7997">
        <w:rPr>
          <w:rFonts w:ascii="Arial" w:hAnsi="Arial" w:cs="Arial"/>
          <w:szCs w:val="24"/>
        </w:rPr>
        <w:br/>
        <w:t>Fifty-six lives forever changed.</w:t>
      </w:r>
      <w:r w:rsidRPr="009F7997">
        <w:rPr>
          <w:rFonts w:ascii="Arial" w:hAnsi="Arial" w:cs="Arial"/>
          <w:szCs w:val="24"/>
        </w:rPr>
        <w:br/>
        <w:t>Can you imagine standing in that room?</w:t>
      </w:r>
      <w:r w:rsidRPr="009F7997">
        <w:rPr>
          <w:rFonts w:ascii="Arial" w:hAnsi="Arial" w:cs="Arial"/>
          <w:szCs w:val="24"/>
        </w:rPr>
        <w:br/>
        <w:t>Would you have signed?</w:t>
      </w:r>
      <w:r w:rsidRPr="009F7997">
        <w:rPr>
          <w:rFonts w:ascii="Arial" w:hAnsi="Arial" w:cs="Arial"/>
          <w:szCs w:val="24"/>
        </w:rPr>
        <w:br/>
        <w:t>Knowing it might cost everything?</w:t>
      </w:r>
      <w:r w:rsidRPr="009F7997">
        <w:rPr>
          <w:rFonts w:ascii="Arial" w:hAnsi="Arial" w:cs="Arial"/>
          <w:szCs w:val="24"/>
        </w:rPr>
        <w:br/>
        <w:t>Would I?</w:t>
      </w:r>
    </w:p>
    <w:p w14:paraId="149F5C77" w14:textId="77777777" w:rsidR="007C7B21" w:rsidRDefault="00000000" w:rsidP="009B7078">
      <w:pPr>
        <w:spacing w:after="0"/>
        <w:rPr>
          <w:rFonts w:ascii="Arial" w:hAnsi="Arial" w:cs="Arial"/>
          <w:szCs w:val="24"/>
        </w:rPr>
      </w:pPr>
      <w:r w:rsidRPr="009F7997">
        <w:rPr>
          <w:rFonts w:ascii="Arial" w:hAnsi="Arial" w:cs="Arial"/>
          <w:szCs w:val="24"/>
        </w:rPr>
        <w:t>That is a difficult question.</w:t>
      </w:r>
      <w:r w:rsidRPr="009F7997">
        <w:rPr>
          <w:rFonts w:ascii="Arial" w:hAnsi="Arial" w:cs="Arial"/>
          <w:szCs w:val="24"/>
        </w:rPr>
        <w:br/>
        <w:t>Because courage is easy to admire...</w:t>
      </w:r>
      <w:r w:rsidRPr="009F7997">
        <w:rPr>
          <w:rFonts w:ascii="Arial" w:hAnsi="Arial" w:cs="Arial"/>
          <w:szCs w:val="24"/>
        </w:rPr>
        <w:br/>
        <w:t>Until it is our turn to demonstrate it.</w:t>
      </w:r>
      <w:r w:rsidRPr="009F7997">
        <w:rPr>
          <w:rFonts w:ascii="Arial" w:hAnsi="Arial" w:cs="Arial"/>
          <w:szCs w:val="24"/>
        </w:rPr>
        <w:br/>
        <w:t>Those men were not perfect.</w:t>
      </w:r>
      <w:r w:rsidRPr="009F7997">
        <w:rPr>
          <w:rFonts w:ascii="Arial" w:hAnsi="Arial" w:cs="Arial"/>
          <w:szCs w:val="24"/>
        </w:rPr>
        <w:br/>
        <w:t>They disagreed with one another.</w:t>
      </w:r>
      <w:r w:rsidRPr="009F7997">
        <w:rPr>
          <w:rFonts w:ascii="Arial" w:hAnsi="Arial" w:cs="Arial"/>
          <w:szCs w:val="24"/>
        </w:rPr>
        <w:br/>
        <w:t>They argued.</w:t>
      </w:r>
    </w:p>
    <w:p w14:paraId="6B3B2B95" w14:textId="24C780A7" w:rsidR="00187160" w:rsidRDefault="00000000" w:rsidP="009B7078">
      <w:pPr>
        <w:spacing w:after="0"/>
        <w:rPr>
          <w:rFonts w:ascii="Arial" w:hAnsi="Arial" w:cs="Arial"/>
          <w:szCs w:val="24"/>
        </w:rPr>
      </w:pPr>
      <w:r w:rsidRPr="009F7997">
        <w:rPr>
          <w:rFonts w:ascii="Arial" w:hAnsi="Arial" w:cs="Arial"/>
          <w:szCs w:val="24"/>
        </w:rPr>
        <w:lastRenderedPageBreak/>
        <w:t>They came from different colonies.</w:t>
      </w:r>
      <w:r w:rsidRPr="009F7997">
        <w:rPr>
          <w:rFonts w:ascii="Arial" w:hAnsi="Arial" w:cs="Arial"/>
          <w:szCs w:val="24"/>
        </w:rPr>
        <w:br/>
        <w:t>Different professions.</w:t>
      </w:r>
      <w:r w:rsidRPr="009F7997">
        <w:rPr>
          <w:rFonts w:ascii="Arial" w:hAnsi="Arial" w:cs="Arial"/>
          <w:szCs w:val="24"/>
        </w:rPr>
        <w:br/>
        <w:t>Different backgrounds.</w:t>
      </w:r>
      <w:r w:rsidRPr="009F7997">
        <w:rPr>
          <w:rFonts w:ascii="Arial" w:hAnsi="Arial" w:cs="Arial"/>
          <w:szCs w:val="24"/>
        </w:rPr>
        <w:br/>
        <w:t>They had different visions for the future.</w:t>
      </w:r>
      <w:r w:rsidRPr="009F7997">
        <w:rPr>
          <w:rFonts w:ascii="Arial" w:hAnsi="Arial" w:cs="Arial"/>
          <w:szCs w:val="24"/>
        </w:rPr>
        <w:br/>
        <w:t>Yet they found something greater than themselves.</w:t>
      </w:r>
      <w:r w:rsidRPr="009F7997">
        <w:rPr>
          <w:rFonts w:ascii="Arial" w:hAnsi="Arial" w:cs="Arial"/>
          <w:szCs w:val="24"/>
        </w:rPr>
        <w:br/>
        <w:t>A shared belief.</w:t>
      </w:r>
      <w:r w:rsidRPr="009F7997">
        <w:rPr>
          <w:rFonts w:ascii="Arial" w:hAnsi="Arial" w:cs="Arial"/>
          <w:szCs w:val="24"/>
        </w:rPr>
        <w:br/>
        <w:t>A belief that every person is created with God-given rights.</w:t>
      </w:r>
      <w:r w:rsidRPr="009F7997">
        <w:rPr>
          <w:rFonts w:ascii="Arial" w:hAnsi="Arial" w:cs="Arial"/>
          <w:szCs w:val="24"/>
        </w:rPr>
        <w:br/>
        <w:t>That liberty is not granted by kings.</w:t>
      </w:r>
      <w:r w:rsidRPr="009F7997">
        <w:rPr>
          <w:rFonts w:ascii="Arial" w:hAnsi="Arial" w:cs="Arial"/>
          <w:szCs w:val="24"/>
        </w:rPr>
        <w:br/>
        <w:t>It is endowed by our Creator.</w:t>
      </w:r>
      <w:r w:rsidRPr="009F7997">
        <w:rPr>
          <w:rFonts w:ascii="Arial" w:hAnsi="Arial" w:cs="Arial"/>
          <w:szCs w:val="24"/>
        </w:rPr>
        <w:br/>
        <w:t>That governments exist to protect freedom...</w:t>
      </w:r>
      <w:r w:rsidRPr="009F7997">
        <w:rPr>
          <w:rFonts w:ascii="Arial" w:hAnsi="Arial" w:cs="Arial"/>
          <w:szCs w:val="24"/>
        </w:rPr>
        <w:br/>
        <w:t>Not control it.</w:t>
      </w:r>
      <w:r w:rsidRPr="009F7997">
        <w:rPr>
          <w:rFonts w:ascii="Arial" w:hAnsi="Arial" w:cs="Arial"/>
          <w:szCs w:val="24"/>
        </w:rPr>
        <w:br/>
        <w:t>Those ideas were revolutionary.</w:t>
      </w:r>
      <w:r w:rsidRPr="009F7997">
        <w:rPr>
          <w:rFonts w:ascii="Arial" w:hAnsi="Arial" w:cs="Arial"/>
          <w:szCs w:val="24"/>
        </w:rPr>
        <w:br/>
        <w:t>Not because they had never been imagined.</w:t>
      </w:r>
      <w:r w:rsidRPr="009F7997">
        <w:rPr>
          <w:rFonts w:ascii="Arial" w:hAnsi="Arial" w:cs="Arial"/>
          <w:szCs w:val="24"/>
        </w:rPr>
        <w:br/>
        <w:t>But because someone finally had the courage to build a nation upon them.</w:t>
      </w:r>
      <w:r w:rsidRPr="009F7997">
        <w:rPr>
          <w:rFonts w:ascii="Arial" w:hAnsi="Arial" w:cs="Arial"/>
          <w:szCs w:val="24"/>
        </w:rPr>
        <w:br/>
        <w:t>The ink had barely dried when the real work began.</w:t>
      </w:r>
      <w:r w:rsidRPr="009F7997">
        <w:rPr>
          <w:rFonts w:ascii="Arial" w:hAnsi="Arial" w:cs="Arial"/>
          <w:szCs w:val="24"/>
        </w:rPr>
        <w:br/>
        <w:t>The Declaration did not win a war.</w:t>
      </w:r>
      <w:r w:rsidRPr="009F7997">
        <w:rPr>
          <w:rFonts w:ascii="Arial" w:hAnsi="Arial" w:cs="Arial"/>
          <w:szCs w:val="24"/>
        </w:rPr>
        <w:br/>
        <w:t>It did not feed an army.</w:t>
      </w:r>
      <w:r w:rsidRPr="009F7997">
        <w:rPr>
          <w:rFonts w:ascii="Arial" w:hAnsi="Arial" w:cs="Arial"/>
          <w:szCs w:val="24"/>
        </w:rPr>
        <w:br/>
        <w:t>It did not fire a single musket.</w:t>
      </w:r>
      <w:r w:rsidRPr="009F7997">
        <w:rPr>
          <w:rFonts w:ascii="Arial" w:hAnsi="Arial" w:cs="Arial"/>
          <w:szCs w:val="24"/>
        </w:rPr>
        <w:br/>
        <w:t>Instead...</w:t>
      </w:r>
      <w:r w:rsidRPr="009F7997">
        <w:rPr>
          <w:rFonts w:ascii="Arial" w:hAnsi="Arial" w:cs="Arial"/>
          <w:szCs w:val="24"/>
        </w:rPr>
        <w:br/>
        <w:t>It gave ordinary people something worth fighting for.</w:t>
      </w:r>
      <w:r w:rsidRPr="009F7997">
        <w:rPr>
          <w:rFonts w:ascii="Arial" w:hAnsi="Arial" w:cs="Arial"/>
          <w:szCs w:val="24"/>
        </w:rPr>
        <w:br/>
        <w:t>It gave them purpose.</w:t>
      </w:r>
      <w:r w:rsidRPr="009F7997">
        <w:rPr>
          <w:rFonts w:ascii="Arial" w:hAnsi="Arial" w:cs="Arial"/>
          <w:szCs w:val="24"/>
        </w:rPr>
        <w:br/>
        <w:t>Hope.</w:t>
      </w:r>
      <w:r w:rsidRPr="009F7997">
        <w:rPr>
          <w:rFonts w:ascii="Arial" w:hAnsi="Arial" w:cs="Arial"/>
          <w:szCs w:val="24"/>
        </w:rPr>
        <w:br/>
        <w:t>A cause greater than themselves.</w:t>
      </w:r>
      <w:r w:rsidRPr="009F7997">
        <w:rPr>
          <w:rFonts w:ascii="Arial" w:hAnsi="Arial" w:cs="Arial"/>
          <w:szCs w:val="24"/>
        </w:rPr>
        <w:br/>
        <w:t>People will endure incredible hardship if they believe the cause is worthy.</w:t>
      </w:r>
      <w:r w:rsidRPr="009F7997">
        <w:rPr>
          <w:rFonts w:ascii="Arial" w:hAnsi="Arial" w:cs="Arial"/>
          <w:szCs w:val="24"/>
        </w:rPr>
        <w:br/>
        <w:t>Within days, copies of the Declaration began arriving throughout the colonies.</w:t>
      </w:r>
      <w:r w:rsidRPr="009F7997">
        <w:rPr>
          <w:rFonts w:ascii="Arial" w:hAnsi="Arial" w:cs="Arial"/>
          <w:szCs w:val="24"/>
        </w:rPr>
        <w:br/>
        <w:t>Crowds gathered in town squares.</w:t>
      </w:r>
      <w:r w:rsidRPr="009F7997">
        <w:rPr>
          <w:rFonts w:ascii="Arial" w:hAnsi="Arial" w:cs="Arial"/>
          <w:szCs w:val="24"/>
        </w:rPr>
        <w:br/>
        <w:t>Soldiers stood shoulder to shoulder.</w:t>
      </w:r>
      <w:r w:rsidRPr="009F7997">
        <w:rPr>
          <w:rFonts w:ascii="Arial" w:hAnsi="Arial" w:cs="Arial"/>
          <w:szCs w:val="24"/>
        </w:rPr>
        <w:br/>
        <w:t>Children listened from windows.</w:t>
      </w:r>
      <w:r w:rsidRPr="009F7997">
        <w:rPr>
          <w:rFonts w:ascii="Arial" w:hAnsi="Arial" w:cs="Arial"/>
          <w:szCs w:val="24"/>
        </w:rPr>
        <w:br/>
        <w:t>Families leaned in as the words were read aloud:</w:t>
      </w:r>
      <w:r w:rsidRPr="009F7997">
        <w:rPr>
          <w:rFonts w:ascii="Arial" w:hAnsi="Arial" w:cs="Arial"/>
          <w:szCs w:val="24"/>
        </w:rPr>
        <w:br/>
        <w:t>“We hold these truths to be self-evident...”</w:t>
      </w:r>
      <w:r w:rsidRPr="009F7997">
        <w:rPr>
          <w:rFonts w:ascii="Arial" w:hAnsi="Arial" w:cs="Arial"/>
          <w:szCs w:val="24"/>
        </w:rPr>
        <w:br/>
        <w:t>Imagine hearing those words for the very first time.</w:t>
      </w:r>
      <w:r w:rsidRPr="009F7997">
        <w:rPr>
          <w:rFonts w:ascii="Arial" w:hAnsi="Arial" w:cs="Arial"/>
          <w:szCs w:val="24"/>
        </w:rPr>
        <w:br/>
        <w:t>Most of those listening had no idea what the next eight years would demand of them.</w:t>
      </w:r>
    </w:p>
    <w:p w14:paraId="33103440" w14:textId="7F3A7348" w:rsidR="00E665E0" w:rsidRPr="009F7997" w:rsidRDefault="00000000">
      <w:pPr>
        <w:rPr>
          <w:rFonts w:ascii="Arial" w:hAnsi="Arial" w:cs="Arial"/>
          <w:szCs w:val="24"/>
        </w:rPr>
      </w:pPr>
      <w:r w:rsidRPr="009F7997">
        <w:rPr>
          <w:rFonts w:ascii="Arial" w:hAnsi="Arial" w:cs="Arial"/>
          <w:szCs w:val="24"/>
        </w:rPr>
        <w:t>They only knew one thing.</w:t>
      </w:r>
      <w:r w:rsidRPr="009F7997">
        <w:rPr>
          <w:rFonts w:ascii="Arial" w:hAnsi="Arial" w:cs="Arial"/>
          <w:szCs w:val="24"/>
        </w:rPr>
        <w:br/>
        <w:t>Freedom was worth the cost.</w:t>
      </w:r>
      <w:r w:rsidRPr="009F7997">
        <w:rPr>
          <w:rFonts w:ascii="Arial" w:hAnsi="Arial" w:cs="Arial"/>
          <w:szCs w:val="24"/>
        </w:rPr>
        <w:br/>
        <w:t>Two hundred and fifty years later...</w:t>
      </w:r>
      <w:r w:rsidRPr="009F7997">
        <w:rPr>
          <w:rFonts w:ascii="Arial" w:hAnsi="Arial" w:cs="Arial"/>
          <w:szCs w:val="24"/>
        </w:rPr>
        <w:br/>
        <w:t>We are the beneficiaries of their courage.</w:t>
      </w:r>
      <w:r w:rsidRPr="009F7997">
        <w:rPr>
          <w:rFonts w:ascii="Arial" w:hAnsi="Arial" w:cs="Arial"/>
          <w:szCs w:val="24"/>
        </w:rPr>
        <w:br/>
        <w:t>Everything we celebrate today can be traced back to that warm summer evening...</w:t>
      </w:r>
      <w:r w:rsidRPr="009F7997">
        <w:rPr>
          <w:rFonts w:ascii="Arial" w:hAnsi="Arial" w:cs="Arial"/>
          <w:szCs w:val="24"/>
        </w:rPr>
        <w:br/>
        <w:t>To one room...</w:t>
      </w:r>
      <w:r w:rsidRPr="009F7997">
        <w:rPr>
          <w:rFonts w:ascii="Arial" w:hAnsi="Arial" w:cs="Arial"/>
          <w:szCs w:val="24"/>
        </w:rPr>
        <w:br/>
        <w:t>One document...</w:t>
      </w:r>
      <w:r w:rsidRPr="009F7997">
        <w:rPr>
          <w:rFonts w:ascii="Arial" w:hAnsi="Arial" w:cs="Arial"/>
          <w:szCs w:val="24"/>
        </w:rPr>
        <w:br/>
        <w:t>And fifty-six ordinary Americans...</w:t>
      </w:r>
      <w:r w:rsidRPr="009F7997">
        <w:rPr>
          <w:rFonts w:ascii="Arial" w:hAnsi="Arial" w:cs="Arial"/>
          <w:szCs w:val="24"/>
        </w:rPr>
        <w:br/>
        <w:t>Who chose courage over comfort.</w:t>
      </w:r>
      <w:r w:rsidRPr="009F7997">
        <w:rPr>
          <w:rFonts w:ascii="Arial" w:hAnsi="Arial" w:cs="Arial"/>
          <w:szCs w:val="24"/>
        </w:rPr>
        <w:br/>
      </w:r>
      <w:r w:rsidRPr="009F7997">
        <w:rPr>
          <w:rFonts w:ascii="Arial" w:hAnsi="Arial" w:cs="Arial"/>
          <w:szCs w:val="24"/>
        </w:rPr>
        <w:lastRenderedPageBreak/>
        <w:t>Today, history invites us into that room once again.</w:t>
      </w:r>
      <w:r w:rsidRPr="009F7997">
        <w:rPr>
          <w:rFonts w:ascii="Arial" w:hAnsi="Arial" w:cs="Arial"/>
          <w:szCs w:val="24"/>
        </w:rPr>
        <w:br/>
        <w:t>Not to sign a declaration...</w:t>
      </w:r>
      <w:r w:rsidRPr="009F7997">
        <w:rPr>
          <w:rFonts w:ascii="Arial" w:hAnsi="Arial" w:cs="Arial"/>
          <w:szCs w:val="24"/>
        </w:rPr>
        <w:br/>
        <w:t>But to ask ourselves a question.</w:t>
      </w:r>
      <w:r w:rsidRPr="009F7997">
        <w:rPr>
          <w:rFonts w:ascii="Arial" w:hAnsi="Arial" w:cs="Arial"/>
          <w:szCs w:val="24"/>
        </w:rPr>
        <w:br/>
        <w:t>If our generation were called upon to preserve liberty...</w:t>
      </w:r>
      <w:r w:rsidRPr="009F7997">
        <w:rPr>
          <w:rFonts w:ascii="Arial" w:hAnsi="Arial" w:cs="Arial"/>
          <w:szCs w:val="24"/>
        </w:rPr>
        <w:br/>
        <w:t>Would we answer as they did?</w:t>
      </w:r>
      <w:r w:rsidRPr="009F7997">
        <w:rPr>
          <w:rFonts w:ascii="Arial" w:hAnsi="Arial" w:cs="Arial"/>
          <w:szCs w:val="24"/>
        </w:rPr>
        <w:br/>
        <w:t>That question has echoed through every generation of Americans.</w:t>
      </w:r>
      <w:r w:rsidRPr="009F7997">
        <w:rPr>
          <w:rFonts w:ascii="Arial" w:hAnsi="Arial" w:cs="Arial"/>
          <w:szCs w:val="24"/>
        </w:rPr>
        <w:br/>
        <w:t>And it is that story—our story—that I would like to continue today.</w:t>
      </w:r>
    </w:p>
    <w:p w14:paraId="109C9D15" w14:textId="77CED60D" w:rsidR="00A65A87" w:rsidRPr="009F7997" w:rsidRDefault="00A65A87" w:rsidP="00A65A87">
      <w:pPr>
        <w:pStyle w:val="Heading1"/>
        <w:jc w:val="center"/>
        <w:rPr>
          <w:rFonts w:ascii="Arial" w:hAnsi="Arial" w:cs="Arial"/>
          <w:sz w:val="24"/>
          <w:szCs w:val="24"/>
        </w:rPr>
      </w:pPr>
      <w:r w:rsidRPr="009F7997">
        <w:rPr>
          <w:rFonts w:ascii="Arial" w:hAnsi="Arial" w:cs="Arial"/>
          <w:sz w:val="24"/>
          <w:szCs w:val="24"/>
        </w:rPr>
        <w:t>America at 250</w:t>
      </w:r>
      <w:r w:rsidRPr="009F7997">
        <w:rPr>
          <w:rFonts w:ascii="Arial" w:hAnsi="Arial" w:cs="Arial"/>
          <w:sz w:val="24"/>
          <w:szCs w:val="24"/>
        </w:rPr>
        <w:br/>
        <w:t>Part II – The Price of Freedom</w:t>
      </w:r>
    </w:p>
    <w:p w14:paraId="540A8238" w14:textId="77777777" w:rsidR="00187160" w:rsidRDefault="00187160" w:rsidP="00A65A87">
      <w:pPr>
        <w:rPr>
          <w:rFonts w:ascii="Arial" w:hAnsi="Arial" w:cs="Arial"/>
          <w:szCs w:val="24"/>
        </w:rPr>
      </w:pPr>
    </w:p>
    <w:p w14:paraId="6342FBCE" w14:textId="29F350BF" w:rsidR="00A65A87" w:rsidRPr="009F7997" w:rsidRDefault="00A65A87" w:rsidP="00A65A87">
      <w:pPr>
        <w:rPr>
          <w:rFonts w:ascii="Arial" w:hAnsi="Arial" w:cs="Arial"/>
          <w:szCs w:val="24"/>
        </w:rPr>
      </w:pPr>
      <w:r w:rsidRPr="009F7997">
        <w:rPr>
          <w:rFonts w:ascii="Arial" w:hAnsi="Arial" w:cs="Arial"/>
          <w:szCs w:val="24"/>
        </w:rPr>
        <w:t xml:space="preserve">We often celebrate </w:t>
      </w:r>
      <w:r w:rsidR="00CD6A61" w:rsidRPr="009F7997">
        <w:rPr>
          <w:rFonts w:ascii="Arial" w:hAnsi="Arial" w:cs="Arial"/>
          <w:szCs w:val="24"/>
        </w:rPr>
        <w:t xml:space="preserve">Independence Day </w:t>
      </w:r>
      <w:r w:rsidRPr="009F7997">
        <w:rPr>
          <w:rFonts w:ascii="Arial" w:hAnsi="Arial" w:cs="Arial"/>
          <w:szCs w:val="24"/>
        </w:rPr>
        <w:t>with fireworks.</w:t>
      </w:r>
      <w:r w:rsidRPr="009F7997">
        <w:rPr>
          <w:rFonts w:ascii="Arial" w:hAnsi="Arial" w:cs="Arial"/>
          <w:szCs w:val="24"/>
        </w:rPr>
        <w:br/>
        <w:t>Our Founding Fathers celebrated it with sacrifice.</w:t>
      </w:r>
      <w:r w:rsidRPr="009F7997">
        <w:rPr>
          <w:rFonts w:ascii="Arial" w:hAnsi="Arial" w:cs="Arial"/>
          <w:szCs w:val="24"/>
        </w:rPr>
        <w:br/>
        <w:t>The Declaration of Independence was only the beginning.</w:t>
      </w:r>
      <w:r w:rsidRPr="009F7997">
        <w:rPr>
          <w:rFonts w:ascii="Arial" w:hAnsi="Arial" w:cs="Arial"/>
          <w:szCs w:val="24"/>
        </w:rPr>
        <w:br/>
        <w:t>The ink was still drying...</w:t>
      </w:r>
      <w:r w:rsidRPr="009F7997">
        <w:rPr>
          <w:rFonts w:ascii="Arial" w:hAnsi="Arial" w:cs="Arial"/>
          <w:szCs w:val="24"/>
        </w:rPr>
        <w:br/>
        <w:t>Yet across the colonies, another reality was unfolding.</w:t>
      </w:r>
      <w:r w:rsidRPr="009F7997">
        <w:rPr>
          <w:rFonts w:ascii="Arial" w:hAnsi="Arial" w:cs="Arial"/>
          <w:szCs w:val="24"/>
        </w:rPr>
        <w:br/>
        <w:t>Families were being divided. Neighbors were choosing sides. Farmers laid down their plows. Blacksmiths traded hammers for muskets. Merchants became Soldiers. Teachers became officers.</w:t>
      </w:r>
      <w:r w:rsidRPr="009F7997">
        <w:rPr>
          <w:rFonts w:ascii="Arial" w:hAnsi="Arial" w:cs="Arial"/>
          <w:szCs w:val="24"/>
        </w:rPr>
        <w:br/>
        <w:t>America had declared herself free.</w:t>
      </w:r>
      <w:r w:rsidRPr="009F7997">
        <w:rPr>
          <w:rFonts w:ascii="Arial" w:hAnsi="Arial" w:cs="Arial"/>
          <w:szCs w:val="24"/>
        </w:rPr>
        <w:br/>
        <w:t>Now she had to prove she deserved to be.</w:t>
      </w:r>
      <w:r w:rsidRPr="009F7997">
        <w:rPr>
          <w:rFonts w:ascii="Arial" w:hAnsi="Arial" w:cs="Arial"/>
          <w:szCs w:val="24"/>
        </w:rPr>
        <w:br/>
        <w:t>The British Army was the finest fighting force in the world.</w:t>
      </w:r>
      <w:r w:rsidRPr="009F7997">
        <w:rPr>
          <w:rFonts w:ascii="Arial" w:hAnsi="Arial" w:cs="Arial"/>
          <w:szCs w:val="24"/>
        </w:rPr>
        <w:br/>
        <w:t>The Continental Army was not.</w:t>
      </w:r>
      <w:r w:rsidRPr="009F7997">
        <w:rPr>
          <w:rFonts w:ascii="Arial" w:hAnsi="Arial" w:cs="Arial"/>
          <w:szCs w:val="24"/>
        </w:rPr>
        <w:br/>
        <w:t>Many of Washington's Soldiers had never fired a musket. Some had no uniforms. Many wrapped bleeding feet in rags because they had no boots.</w:t>
      </w:r>
      <w:r w:rsidRPr="009F7997">
        <w:rPr>
          <w:rFonts w:ascii="Arial" w:hAnsi="Arial" w:cs="Arial"/>
          <w:szCs w:val="24"/>
        </w:rPr>
        <w:br/>
        <w:t>Then came Valley Forge.</w:t>
      </w:r>
      <w:r w:rsidRPr="009F7997">
        <w:rPr>
          <w:rFonts w:ascii="Arial" w:hAnsi="Arial" w:cs="Arial"/>
          <w:szCs w:val="24"/>
        </w:rPr>
        <w:br/>
        <w:t>Imagine bitter winds, crude log huts, smoke drifting through the trees, hungry Soldiers wondering if they would live to see spring.</w:t>
      </w:r>
      <w:r w:rsidRPr="009F7997">
        <w:rPr>
          <w:rFonts w:ascii="Arial" w:hAnsi="Arial" w:cs="Arial"/>
          <w:szCs w:val="24"/>
        </w:rPr>
        <w:br/>
        <w:t>Nearly two thousand Patriots never left Valley Forge alive—not because of battle, but because freedom demanded a terrible price.</w:t>
      </w:r>
      <w:r w:rsidRPr="009F7997">
        <w:rPr>
          <w:rFonts w:ascii="Arial" w:hAnsi="Arial" w:cs="Arial"/>
          <w:szCs w:val="24"/>
        </w:rPr>
        <w:br/>
        <w:t>Why didn't they quit?</w:t>
      </w:r>
      <w:r w:rsidRPr="009F7997">
        <w:rPr>
          <w:rFonts w:ascii="Arial" w:hAnsi="Arial" w:cs="Arial"/>
          <w:szCs w:val="24"/>
        </w:rPr>
        <w:br/>
        <w:t>Because home was exactly what they were fighting for.</w:t>
      </w:r>
      <w:r w:rsidRPr="009F7997">
        <w:rPr>
          <w:rFonts w:ascii="Arial" w:hAnsi="Arial" w:cs="Arial"/>
          <w:szCs w:val="24"/>
        </w:rPr>
        <w:br/>
        <w:t>Thomas Paine wrote, 'These are the times that try men's souls.'</w:t>
      </w:r>
      <w:r w:rsidRPr="009F7997">
        <w:rPr>
          <w:rFonts w:ascii="Arial" w:hAnsi="Arial" w:cs="Arial"/>
          <w:szCs w:val="24"/>
        </w:rPr>
        <w:br/>
        <w:t>Washington did not need sunshine patriots. He needed men and women who would remain faithful when the weather turned cold.</w:t>
      </w:r>
      <w:r w:rsidRPr="009F7997">
        <w:rPr>
          <w:rFonts w:ascii="Arial" w:hAnsi="Arial" w:cs="Arial"/>
          <w:szCs w:val="24"/>
        </w:rPr>
        <w:br/>
        <w:t>Then came Christmas night, 1776.</w:t>
      </w:r>
      <w:r w:rsidRPr="009F7997">
        <w:rPr>
          <w:rFonts w:ascii="Arial" w:hAnsi="Arial" w:cs="Arial"/>
          <w:szCs w:val="24"/>
        </w:rPr>
        <w:br/>
        <w:t>The Delaware River.</w:t>
      </w:r>
      <w:r w:rsidRPr="009F7997">
        <w:rPr>
          <w:rFonts w:ascii="Arial" w:hAnsi="Arial" w:cs="Arial"/>
          <w:szCs w:val="24"/>
        </w:rPr>
        <w:br/>
        <w:t>Darkness.</w:t>
      </w:r>
      <w:r w:rsidRPr="009F7997">
        <w:rPr>
          <w:rFonts w:ascii="Arial" w:hAnsi="Arial" w:cs="Arial"/>
          <w:szCs w:val="24"/>
        </w:rPr>
        <w:br/>
        <w:t>Ice crashing against fragile boats.</w:t>
      </w:r>
      <w:r w:rsidRPr="009F7997">
        <w:rPr>
          <w:rFonts w:ascii="Arial" w:hAnsi="Arial" w:cs="Arial"/>
          <w:szCs w:val="24"/>
        </w:rPr>
        <w:br/>
        <w:t>General Washington crossed because there was no turning back.</w:t>
      </w:r>
      <w:r w:rsidRPr="009F7997">
        <w:rPr>
          <w:rFonts w:ascii="Arial" w:hAnsi="Arial" w:cs="Arial"/>
          <w:szCs w:val="24"/>
        </w:rPr>
        <w:br/>
        <w:t>The victory at Trenton was small on the map but enormous for hope. America began to believe freedom was possible.</w:t>
      </w:r>
      <w:r w:rsidRPr="009F7997">
        <w:rPr>
          <w:rFonts w:ascii="Arial" w:hAnsi="Arial" w:cs="Arial"/>
          <w:szCs w:val="24"/>
        </w:rPr>
        <w:br/>
      </w:r>
      <w:r w:rsidRPr="009F7997">
        <w:rPr>
          <w:rFonts w:ascii="Arial" w:hAnsi="Arial" w:cs="Arial"/>
          <w:szCs w:val="24"/>
        </w:rPr>
        <w:lastRenderedPageBreak/>
        <w:t>Year after year...battle after battle...Saratoga...Cowpens...King's Mountain...Yorktown...until the impossible happened.</w:t>
      </w:r>
      <w:r w:rsidRPr="009F7997">
        <w:rPr>
          <w:rFonts w:ascii="Arial" w:hAnsi="Arial" w:cs="Arial"/>
          <w:szCs w:val="24"/>
        </w:rPr>
        <w:br/>
        <w:t>The world's greatest empire surrendered.</w:t>
      </w:r>
      <w:r w:rsidRPr="009F7997">
        <w:rPr>
          <w:rFonts w:ascii="Arial" w:hAnsi="Arial" w:cs="Arial"/>
          <w:szCs w:val="24"/>
        </w:rPr>
        <w:br/>
        <w:t>A new nation was born.</w:t>
      </w:r>
      <w:r w:rsidRPr="009F7997">
        <w:rPr>
          <w:rFonts w:ascii="Arial" w:hAnsi="Arial" w:cs="Arial"/>
          <w:szCs w:val="24"/>
        </w:rPr>
        <w:br/>
        <w:t>But winning independence was only the beginning.</w:t>
      </w:r>
      <w:r w:rsidRPr="009F7997">
        <w:rPr>
          <w:rFonts w:ascii="Arial" w:hAnsi="Arial" w:cs="Arial"/>
          <w:szCs w:val="24"/>
        </w:rPr>
        <w:br/>
        <w:t>John Adams warned, 'Liberty, once lost, is lost forever.'</w:t>
      </w:r>
      <w:r w:rsidRPr="009F7997">
        <w:rPr>
          <w:rFonts w:ascii="Arial" w:hAnsi="Arial" w:cs="Arial"/>
          <w:szCs w:val="24"/>
        </w:rPr>
        <w:br/>
        <w:t>Every generation has received the torch of freedom.</w:t>
      </w:r>
      <w:r w:rsidRPr="009F7997">
        <w:rPr>
          <w:rFonts w:ascii="Arial" w:hAnsi="Arial" w:cs="Arial"/>
          <w:szCs w:val="24"/>
        </w:rPr>
        <w:br/>
        <w:t>Our responsibility is to make certain it never goes out.</w:t>
      </w:r>
      <w:r w:rsidRPr="009F7997">
        <w:rPr>
          <w:rFonts w:ascii="Arial" w:hAnsi="Arial" w:cs="Arial"/>
          <w:szCs w:val="24"/>
        </w:rPr>
        <w:br/>
        <w:t>As America grew, another great test awaited—a battlefield called Gettysburg.</w:t>
      </w:r>
    </w:p>
    <w:p w14:paraId="4D1A4D5B" w14:textId="77777777" w:rsidR="00A65A87" w:rsidRPr="009F7997" w:rsidRDefault="00A65A87" w:rsidP="00A65A87">
      <w:pPr>
        <w:pStyle w:val="Heading1"/>
        <w:jc w:val="center"/>
        <w:rPr>
          <w:rFonts w:ascii="Arial" w:hAnsi="Arial" w:cs="Arial"/>
          <w:sz w:val="24"/>
          <w:szCs w:val="24"/>
        </w:rPr>
      </w:pPr>
      <w:r w:rsidRPr="009F7997">
        <w:rPr>
          <w:rFonts w:ascii="Arial" w:hAnsi="Arial" w:cs="Arial"/>
          <w:sz w:val="24"/>
          <w:szCs w:val="24"/>
        </w:rPr>
        <w:t>America at 250</w:t>
      </w:r>
      <w:r w:rsidRPr="009F7997">
        <w:rPr>
          <w:rFonts w:ascii="Arial" w:hAnsi="Arial" w:cs="Arial"/>
          <w:sz w:val="24"/>
          <w:szCs w:val="24"/>
        </w:rPr>
        <w:br/>
        <w:t>Part III – A Nation Tested</w:t>
      </w:r>
    </w:p>
    <w:p w14:paraId="7B87EEF7" w14:textId="77777777" w:rsidR="00CD6A61" w:rsidRPr="009F7997" w:rsidRDefault="00CD6A61" w:rsidP="00CD6A61">
      <w:pPr>
        <w:rPr>
          <w:rFonts w:ascii="Arial" w:hAnsi="Arial" w:cs="Arial"/>
          <w:szCs w:val="24"/>
        </w:rPr>
      </w:pPr>
    </w:p>
    <w:p w14:paraId="2115B1DD" w14:textId="77777777" w:rsidR="008B73B2" w:rsidRDefault="00A65A87" w:rsidP="009B7078">
      <w:pPr>
        <w:spacing w:after="0"/>
        <w:rPr>
          <w:rFonts w:ascii="Arial" w:hAnsi="Arial" w:cs="Arial"/>
          <w:szCs w:val="24"/>
        </w:rPr>
      </w:pPr>
      <w:r w:rsidRPr="009F7997">
        <w:rPr>
          <w:rFonts w:ascii="Arial" w:hAnsi="Arial" w:cs="Arial"/>
          <w:szCs w:val="24"/>
        </w:rPr>
        <w:t>The smoke had barely cleared from the Revolutionary War before another question emerged.</w:t>
      </w:r>
      <w:r w:rsidRPr="009F7997">
        <w:rPr>
          <w:rFonts w:ascii="Arial" w:hAnsi="Arial" w:cs="Arial"/>
          <w:szCs w:val="24"/>
        </w:rPr>
        <w:br/>
        <w:t>Could this young Republic survive?</w:t>
      </w:r>
      <w:r w:rsidRPr="009F7997">
        <w:rPr>
          <w:rFonts w:ascii="Arial" w:hAnsi="Arial" w:cs="Arial"/>
          <w:szCs w:val="24"/>
        </w:rPr>
        <w:br/>
        <w:t>The Constitution gave America a framework unlike anything the world had ever seen. It depended not only upon laws, but upon the character of its people.</w:t>
      </w:r>
      <w:r w:rsidRPr="009F7997">
        <w:rPr>
          <w:rFonts w:ascii="Arial" w:hAnsi="Arial" w:cs="Arial"/>
          <w:szCs w:val="24"/>
        </w:rPr>
        <w:br/>
        <w:t>For decades America grew. New states joined the Union. Families moved west. Inventors changed the world. Yet beneath that remarkable growth lay a wound that had never healed—the evil of slavery.</w:t>
      </w:r>
      <w:r w:rsidRPr="009F7997">
        <w:rPr>
          <w:rFonts w:ascii="Arial" w:hAnsi="Arial" w:cs="Arial"/>
          <w:szCs w:val="24"/>
        </w:rPr>
        <w:br/>
        <w:t>Eventually that contradiction could no longer be ignored.</w:t>
      </w:r>
      <w:r w:rsidRPr="009F7997">
        <w:rPr>
          <w:rFonts w:ascii="Arial" w:hAnsi="Arial" w:cs="Arial"/>
          <w:szCs w:val="24"/>
        </w:rPr>
        <w:br/>
        <w:t>In 1861, brother fought brother. Neighbor fought neighbor. The Civil War became the bloodiest conflict in American history.</w:t>
      </w:r>
      <w:r w:rsidRPr="009F7997">
        <w:rPr>
          <w:rFonts w:ascii="Arial" w:hAnsi="Arial" w:cs="Arial"/>
          <w:szCs w:val="24"/>
        </w:rPr>
        <w:br/>
        <w:t>Then came Gettysburg.</w:t>
      </w:r>
      <w:r w:rsidRPr="009F7997">
        <w:rPr>
          <w:rFonts w:ascii="Arial" w:hAnsi="Arial" w:cs="Arial"/>
          <w:szCs w:val="24"/>
        </w:rPr>
        <w:br/>
        <w:t>Three days of unimaginable sacrifice left more than 50,000 casualties.</w:t>
      </w:r>
    </w:p>
    <w:p w14:paraId="05166BB6" w14:textId="4F367978" w:rsidR="00A65A87" w:rsidRPr="009F7997" w:rsidRDefault="00A65A87" w:rsidP="009B7078">
      <w:pPr>
        <w:spacing w:after="0"/>
        <w:rPr>
          <w:rFonts w:ascii="Arial" w:hAnsi="Arial" w:cs="Arial"/>
          <w:szCs w:val="24"/>
        </w:rPr>
      </w:pPr>
      <w:r w:rsidRPr="009F7997">
        <w:rPr>
          <w:rFonts w:ascii="Arial" w:hAnsi="Arial" w:cs="Arial"/>
          <w:szCs w:val="24"/>
        </w:rPr>
        <w:t>Months later, President Abraham Lincoln stood before a cemetery and reminded the nation that America was 'conceived in Liberty, and dedicated to the proposition that all men are created equal.'</w:t>
      </w:r>
      <w:r w:rsidRPr="009F7997">
        <w:rPr>
          <w:rFonts w:ascii="Arial" w:hAnsi="Arial" w:cs="Arial"/>
          <w:szCs w:val="24"/>
        </w:rPr>
        <w:br/>
        <w:t>He challenged every generation with the words, 'that government of the people, by the people, for the people, shall not perish from the earth.'</w:t>
      </w:r>
      <w:r w:rsidRPr="009F7997">
        <w:rPr>
          <w:rFonts w:ascii="Arial" w:hAnsi="Arial" w:cs="Arial"/>
          <w:szCs w:val="24"/>
        </w:rPr>
        <w:br/>
        <w:t>Those words were not spoken only for 1863.</w:t>
      </w:r>
      <w:r w:rsidRPr="009F7997">
        <w:rPr>
          <w:rFonts w:ascii="Arial" w:hAnsi="Arial" w:cs="Arial"/>
          <w:szCs w:val="24"/>
        </w:rPr>
        <w:br/>
        <w:t>They were spoken for us.</w:t>
      </w:r>
      <w:r w:rsidRPr="009F7997">
        <w:rPr>
          <w:rFonts w:ascii="Arial" w:hAnsi="Arial" w:cs="Arial"/>
          <w:szCs w:val="24"/>
        </w:rPr>
        <w:br/>
        <w:t>Freedom is never a finished work.</w:t>
      </w:r>
      <w:r w:rsidRPr="009F7997">
        <w:rPr>
          <w:rFonts w:ascii="Arial" w:hAnsi="Arial" w:cs="Arial"/>
          <w:szCs w:val="24"/>
        </w:rPr>
        <w:br/>
        <w:t>Each generation must renew it.</w:t>
      </w:r>
      <w:r w:rsidRPr="009F7997">
        <w:rPr>
          <w:rFonts w:ascii="Arial" w:hAnsi="Arial" w:cs="Arial"/>
          <w:szCs w:val="24"/>
        </w:rPr>
        <w:br/>
        <w:t>Each generation must defend it.</w:t>
      </w:r>
      <w:r w:rsidRPr="009F7997">
        <w:rPr>
          <w:rFonts w:ascii="Arial" w:hAnsi="Arial" w:cs="Arial"/>
          <w:szCs w:val="24"/>
        </w:rPr>
        <w:br/>
        <w:t>America survived Gettysburg. The Union endured. The dream endured.</w:t>
      </w:r>
      <w:r w:rsidRPr="009F7997">
        <w:rPr>
          <w:rFonts w:ascii="Arial" w:hAnsi="Arial" w:cs="Arial"/>
          <w:szCs w:val="24"/>
        </w:rPr>
        <w:br/>
        <w:t>But history was not finished testing this nation.</w:t>
      </w:r>
      <w:r w:rsidRPr="009F7997">
        <w:rPr>
          <w:rFonts w:ascii="Arial" w:hAnsi="Arial" w:cs="Arial"/>
          <w:szCs w:val="24"/>
        </w:rPr>
        <w:br/>
        <w:t>As the twentieth century dawned, tyranny began to spread across the world.</w:t>
      </w:r>
      <w:r w:rsidRPr="009F7997">
        <w:rPr>
          <w:rFonts w:ascii="Arial" w:hAnsi="Arial" w:cs="Arial"/>
          <w:szCs w:val="24"/>
        </w:rPr>
        <w:br/>
        <w:t>Young Americans left farms, factories, and small towns to defend people they had never met.</w:t>
      </w:r>
      <w:r w:rsidRPr="009F7997">
        <w:rPr>
          <w:rFonts w:ascii="Arial" w:hAnsi="Arial" w:cs="Arial"/>
          <w:szCs w:val="24"/>
        </w:rPr>
        <w:br/>
        <w:t>They went because freedom was worth defending.</w:t>
      </w:r>
      <w:r w:rsidRPr="009F7997">
        <w:rPr>
          <w:rFonts w:ascii="Arial" w:hAnsi="Arial" w:cs="Arial"/>
          <w:szCs w:val="24"/>
        </w:rPr>
        <w:br/>
      </w:r>
      <w:r w:rsidRPr="009F7997">
        <w:rPr>
          <w:rFonts w:ascii="Arial" w:hAnsi="Arial" w:cs="Arial"/>
          <w:szCs w:val="24"/>
        </w:rPr>
        <w:lastRenderedPageBreak/>
        <w:t>Soon they would step onto beaches with names the world would never forget.</w:t>
      </w:r>
      <w:r w:rsidRPr="009F7997">
        <w:rPr>
          <w:rFonts w:ascii="Arial" w:hAnsi="Arial" w:cs="Arial"/>
          <w:szCs w:val="24"/>
        </w:rPr>
        <w:br/>
      </w:r>
      <w:r w:rsidR="008B73B2">
        <w:rPr>
          <w:rFonts w:ascii="Arial" w:hAnsi="Arial" w:cs="Arial"/>
          <w:szCs w:val="24"/>
        </w:rPr>
        <w:t>-</w:t>
      </w:r>
      <w:r w:rsidRPr="009F7997">
        <w:rPr>
          <w:rFonts w:ascii="Arial" w:hAnsi="Arial" w:cs="Arial"/>
          <w:szCs w:val="24"/>
        </w:rPr>
        <w:t>Normandy.</w:t>
      </w:r>
      <w:r w:rsidRPr="009F7997">
        <w:rPr>
          <w:rFonts w:ascii="Arial" w:hAnsi="Arial" w:cs="Arial"/>
          <w:szCs w:val="24"/>
        </w:rPr>
        <w:br/>
      </w:r>
      <w:r w:rsidR="008B73B2">
        <w:rPr>
          <w:rFonts w:ascii="Arial" w:hAnsi="Arial" w:cs="Arial"/>
          <w:szCs w:val="24"/>
        </w:rPr>
        <w:t>-</w:t>
      </w:r>
      <w:r w:rsidRPr="009F7997">
        <w:rPr>
          <w:rFonts w:ascii="Arial" w:hAnsi="Arial" w:cs="Arial"/>
          <w:szCs w:val="24"/>
        </w:rPr>
        <w:t>Omaha.</w:t>
      </w:r>
      <w:r w:rsidRPr="009F7997">
        <w:rPr>
          <w:rFonts w:ascii="Arial" w:hAnsi="Arial" w:cs="Arial"/>
          <w:szCs w:val="24"/>
        </w:rPr>
        <w:br/>
      </w:r>
      <w:r w:rsidR="008B73B2">
        <w:rPr>
          <w:rFonts w:ascii="Arial" w:hAnsi="Arial" w:cs="Arial"/>
          <w:szCs w:val="24"/>
        </w:rPr>
        <w:t>-</w:t>
      </w:r>
      <w:r w:rsidRPr="009F7997">
        <w:rPr>
          <w:rFonts w:ascii="Arial" w:hAnsi="Arial" w:cs="Arial"/>
          <w:szCs w:val="24"/>
        </w:rPr>
        <w:t>Utah.</w:t>
      </w:r>
      <w:r w:rsidRPr="009F7997">
        <w:rPr>
          <w:rFonts w:ascii="Arial" w:hAnsi="Arial" w:cs="Arial"/>
          <w:szCs w:val="24"/>
        </w:rPr>
        <w:br/>
        <w:t>And America would once again prove that liberty depends upon ordinary people willing to do extraordinary things.</w:t>
      </w:r>
    </w:p>
    <w:p w14:paraId="7F999125" w14:textId="77777777" w:rsidR="00A65A87" w:rsidRPr="009F7997" w:rsidRDefault="00A65A87" w:rsidP="00A65A87">
      <w:pPr>
        <w:pStyle w:val="Heading1"/>
        <w:jc w:val="center"/>
        <w:rPr>
          <w:rFonts w:ascii="Arial" w:hAnsi="Arial" w:cs="Arial"/>
          <w:sz w:val="24"/>
          <w:szCs w:val="24"/>
        </w:rPr>
      </w:pPr>
      <w:r w:rsidRPr="009F7997">
        <w:rPr>
          <w:rFonts w:ascii="Arial" w:hAnsi="Arial" w:cs="Arial"/>
          <w:sz w:val="24"/>
          <w:szCs w:val="24"/>
        </w:rPr>
        <w:t>America at 250</w:t>
      </w:r>
      <w:r w:rsidRPr="009F7997">
        <w:rPr>
          <w:rFonts w:ascii="Arial" w:hAnsi="Arial" w:cs="Arial"/>
          <w:sz w:val="24"/>
          <w:szCs w:val="24"/>
        </w:rPr>
        <w:br/>
        <w:t>Part IV – When Freedom Called</w:t>
      </w:r>
    </w:p>
    <w:p w14:paraId="520165CC" w14:textId="77777777" w:rsidR="00CD6A61" w:rsidRPr="009F7997" w:rsidRDefault="00CD6A61" w:rsidP="00CD6A61">
      <w:pPr>
        <w:rPr>
          <w:rFonts w:ascii="Arial" w:hAnsi="Arial" w:cs="Arial"/>
          <w:szCs w:val="24"/>
        </w:rPr>
      </w:pPr>
    </w:p>
    <w:p w14:paraId="157D07A3" w14:textId="77777777" w:rsidR="008B73B2" w:rsidRDefault="00A65A87" w:rsidP="009B7078">
      <w:pPr>
        <w:spacing w:after="0"/>
        <w:rPr>
          <w:rFonts w:ascii="Arial" w:hAnsi="Arial" w:cs="Arial"/>
          <w:szCs w:val="24"/>
        </w:rPr>
      </w:pPr>
      <w:r w:rsidRPr="009F7997">
        <w:rPr>
          <w:rFonts w:ascii="Arial" w:hAnsi="Arial" w:cs="Arial"/>
          <w:szCs w:val="24"/>
        </w:rPr>
        <w:t>There are moments in history when the fate of freedom hangs in the balance.</w:t>
      </w:r>
      <w:r w:rsidRPr="009F7997">
        <w:rPr>
          <w:rFonts w:ascii="Arial" w:hAnsi="Arial" w:cs="Arial"/>
          <w:szCs w:val="24"/>
        </w:rPr>
        <w:br/>
        <w:t>The 1940s were one of those moments.</w:t>
      </w:r>
      <w:r w:rsidRPr="009F7997">
        <w:rPr>
          <w:rFonts w:ascii="Arial" w:hAnsi="Arial" w:cs="Arial"/>
          <w:szCs w:val="24"/>
        </w:rPr>
        <w:br/>
        <w:t>Across Europe and the Pacific, tyranny marched forward. Entire nations fell, and the world wondered if liberty itself would survive.</w:t>
      </w:r>
      <w:r w:rsidRPr="009F7997">
        <w:rPr>
          <w:rFonts w:ascii="Arial" w:hAnsi="Arial" w:cs="Arial"/>
          <w:szCs w:val="24"/>
        </w:rPr>
        <w:br/>
        <w:t>Then America answered the call.</w:t>
      </w:r>
      <w:r w:rsidRPr="009F7997">
        <w:rPr>
          <w:rFonts w:ascii="Arial" w:hAnsi="Arial" w:cs="Arial"/>
          <w:szCs w:val="24"/>
        </w:rPr>
        <w:br/>
        <w:t>Young men who had never traveled farther than the next county crossed oceans to defend people they had never met.</w:t>
      </w:r>
      <w:r w:rsidRPr="009F7997">
        <w:rPr>
          <w:rFonts w:ascii="Arial" w:hAnsi="Arial" w:cs="Arial"/>
          <w:szCs w:val="24"/>
        </w:rPr>
        <w:br/>
        <w:t>On June 6, 1944, thousands waited in landing craft off the coast of France. Some prayed. Some held photographs of loved ones. Then the ramps dropped.</w:t>
      </w:r>
      <w:r w:rsidRPr="009F7997">
        <w:rPr>
          <w:rFonts w:ascii="Arial" w:hAnsi="Arial" w:cs="Arial"/>
          <w:szCs w:val="24"/>
        </w:rPr>
        <w:br/>
        <w:t>Ordinary Americans became extraordinary heroes.</w:t>
      </w:r>
      <w:r w:rsidRPr="009F7997">
        <w:rPr>
          <w:rFonts w:ascii="Arial" w:hAnsi="Arial" w:cs="Arial"/>
          <w:szCs w:val="24"/>
        </w:rPr>
        <w:br/>
        <w:t>They charged forward not because they loved war, but because they loved home, family, and freedom.</w:t>
      </w:r>
      <w:r w:rsidRPr="009F7997">
        <w:rPr>
          <w:rFonts w:ascii="Arial" w:hAnsi="Arial" w:cs="Arial"/>
          <w:szCs w:val="24"/>
        </w:rPr>
        <w:br/>
        <w:t>From Pearl Harbor to Midway, Guadalcanal, Iwo Jima, and Okinawa, courage</w:t>
      </w:r>
    </w:p>
    <w:p w14:paraId="416237AB" w14:textId="0C1AF8C0" w:rsidR="00A65A87" w:rsidRPr="009F7997" w:rsidRDefault="00A65A87" w:rsidP="009B7078">
      <w:pPr>
        <w:spacing w:after="0"/>
        <w:rPr>
          <w:rFonts w:ascii="Arial" w:hAnsi="Arial" w:cs="Arial"/>
          <w:szCs w:val="24"/>
        </w:rPr>
      </w:pPr>
      <w:r w:rsidRPr="009F7997">
        <w:rPr>
          <w:rFonts w:ascii="Arial" w:hAnsi="Arial" w:cs="Arial"/>
          <w:szCs w:val="24"/>
        </w:rPr>
        <w:t>overcame tyranny.</w:t>
      </w:r>
      <w:r w:rsidRPr="009F7997">
        <w:rPr>
          <w:rFonts w:ascii="Arial" w:hAnsi="Arial" w:cs="Arial"/>
          <w:szCs w:val="24"/>
        </w:rPr>
        <w:br/>
        <w:t>When World War II ended, another generation answered in Korea.</w:t>
      </w:r>
      <w:r w:rsidRPr="009F7997">
        <w:rPr>
          <w:rFonts w:ascii="Arial" w:hAnsi="Arial" w:cs="Arial"/>
          <w:szCs w:val="24"/>
        </w:rPr>
        <w:br/>
        <w:t>Then came Vietnam.</w:t>
      </w:r>
      <w:r w:rsidRPr="009F7997">
        <w:rPr>
          <w:rFonts w:ascii="Arial" w:hAnsi="Arial" w:cs="Arial"/>
          <w:szCs w:val="24"/>
        </w:rPr>
        <w:br/>
        <w:t>To every Vietnam Veteran: Welcome home. We honor your service. We thank you for your sacrifice.</w:t>
      </w:r>
      <w:r w:rsidRPr="009F7997">
        <w:rPr>
          <w:rFonts w:ascii="Arial" w:hAnsi="Arial" w:cs="Arial"/>
          <w:szCs w:val="24"/>
        </w:rPr>
        <w:br/>
        <w:t>On September 11, 2001, America was attacked again.</w:t>
      </w:r>
      <w:r w:rsidRPr="009F7997">
        <w:rPr>
          <w:rFonts w:ascii="Arial" w:hAnsi="Arial" w:cs="Arial"/>
          <w:szCs w:val="24"/>
        </w:rPr>
        <w:br/>
        <w:t>We remember firefighters climbing stairs while others fled. We remember police officers, first responders, and ordinary citizens running toward danger.</w:t>
      </w:r>
      <w:r w:rsidRPr="009F7997">
        <w:rPr>
          <w:rFonts w:ascii="Arial" w:hAnsi="Arial" w:cs="Arial"/>
          <w:szCs w:val="24"/>
        </w:rPr>
        <w:br/>
        <w:t>Once again Soldiers, Sailors, Airmen, Marines, Coast Guardsmen, and Guardians answered the call.</w:t>
      </w:r>
      <w:r w:rsidRPr="009F7997">
        <w:rPr>
          <w:rFonts w:ascii="Arial" w:hAnsi="Arial" w:cs="Arial"/>
          <w:szCs w:val="24"/>
        </w:rPr>
        <w:br/>
        <w:t>Different generations.</w:t>
      </w:r>
      <w:r w:rsidRPr="009F7997">
        <w:rPr>
          <w:rFonts w:ascii="Arial" w:hAnsi="Arial" w:cs="Arial"/>
          <w:szCs w:val="24"/>
        </w:rPr>
        <w:br/>
        <w:t>Different uniforms.</w:t>
      </w:r>
      <w:r w:rsidRPr="009F7997">
        <w:rPr>
          <w:rFonts w:ascii="Arial" w:hAnsi="Arial" w:cs="Arial"/>
          <w:szCs w:val="24"/>
        </w:rPr>
        <w:br/>
        <w:t>The same courage.</w:t>
      </w:r>
      <w:r w:rsidRPr="009F7997">
        <w:rPr>
          <w:rFonts w:ascii="Arial" w:hAnsi="Arial" w:cs="Arial"/>
          <w:szCs w:val="24"/>
        </w:rPr>
        <w:br/>
        <w:t>Whenever freedom called, Americans answered.</w:t>
      </w:r>
      <w:r w:rsidRPr="009F7997">
        <w:rPr>
          <w:rFonts w:ascii="Arial" w:hAnsi="Arial" w:cs="Arial"/>
          <w:szCs w:val="24"/>
        </w:rPr>
        <w:br/>
        <w:t>That question now comes to each of us:</w:t>
      </w:r>
      <w:r w:rsidRPr="009F7997">
        <w:rPr>
          <w:rFonts w:ascii="Arial" w:hAnsi="Arial" w:cs="Arial"/>
          <w:szCs w:val="24"/>
        </w:rPr>
        <w:br/>
        <w:t>When our time came, how did we answer the call?</w:t>
      </w:r>
      <w:r w:rsidRPr="009F7997">
        <w:rPr>
          <w:rFonts w:ascii="Arial" w:hAnsi="Arial" w:cs="Arial"/>
          <w:szCs w:val="24"/>
        </w:rPr>
        <w:br/>
        <w:t>That is where my own story begins.</w:t>
      </w:r>
    </w:p>
    <w:p w14:paraId="0836CB3D" w14:textId="77777777" w:rsidR="00A65A87" w:rsidRPr="009F7997" w:rsidRDefault="00A65A87" w:rsidP="00A65A87">
      <w:pPr>
        <w:pStyle w:val="Heading1"/>
        <w:jc w:val="center"/>
        <w:rPr>
          <w:rFonts w:ascii="Arial" w:hAnsi="Arial" w:cs="Arial"/>
          <w:sz w:val="24"/>
          <w:szCs w:val="24"/>
        </w:rPr>
      </w:pPr>
      <w:r w:rsidRPr="009F7997">
        <w:rPr>
          <w:rFonts w:ascii="Arial" w:hAnsi="Arial" w:cs="Arial"/>
          <w:sz w:val="24"/>
          <w:szCs w:val="24"/>
        </w:rPr>
        <w:lastRenderedPageBreak/>
        <w:t>America at 250</w:t>
      </w:r>
      <w:r w:rsidRPr="009F7997">
        <w:rPr>
          <w:rFonts w:ascii="Arial" w:hAnsi="Arial" w:cs="Arial"/>
          <w:sz w:val="24"/>
          <w:szCs w:val="24"/>
        </w:rPr>
        <w:br/>
        <w:t>Part V – The Uniform Comes Off</w:t>
      </w:r>
    </w:p>
    <w:p w14:paraId="316E48DB" w14:textId="77777777" w:rsidR="00CD6A61" w:rsidRPr="009F7997" w:rsidRDefault="00CD6A61" w:rsidP="00CD6A61">
      <w:pPr>
        <w:rPr>
          <w:rFonts w:ascii="Arial" w:hAnsi="Arial" w:cs="Arial"/>
          <w:szCs w:val="24"/>
        </w:rPr>
      </w:pPr>
    </w:p>
    <w:p w14:paraId="1079E594" w14:textId="77777777" w:rsidR="00123C5A" w:rsidRDefault="00A65A87" w:rsidP="009B7078">
      <w:pPr>
        <w:spacing w:after="0"/>
        <w:rPr>
          <w:rFonts w:ascii="Arial" w:hAnsi="Arial" w:cs="Arial"/>
          <w:szCs w:val="24"/>
        </w:rPr>
      </w:pPr>
      <w:r w:rsidRPr="009F7997">
        <w:rPr>
          <w:rFonts w:ascii="Arial" w:hAnsi="Arial" w:cs="Arial"/>
          <w:szCs w:val="24"/>
        </w:rPr>
        <w:t>When people thank me for my military service, I always appreciate their kindness.</w:t>
      </w:r>
      <w:r w:rsidRPr="009F7997">
        <w:rPr>
          <w:rFonts w:ascii="Arial" w:hAnsi="Arial" w:cs="Arial"/>
          <w:szCs w:val="24"/>
        </w:rPr>
        <w:br/>
        <w:t>But I've learned something over the years.</w:t>
      </w:r>
      <w:r w:rsidRPr="009F7997">
        <w:rPr>
          <w:rFonts w:ascii="Arial" w:hAnsi="Arial" w:cs="Arial"/>
          <w:szCs w:val="24"/>
        </w:rPr>
        <w:br/>
        <w:t>Service doesn't end when you take off the uniform.</w:t>
      </w:r>
      <w:r w:rsidRPr="009F7997">
        <w:rPr>
          <w:rFonts w:ascii="Arial" w:hAnsi="Arial" w:cs="Arial"/>
          <w:szCs w:val="24"/>
        </w:rPr>
        <w:br/>
        <w:t>It simply changes.</w:t>
      </w:r>
      <w:r w:rsidRPr="009F7997">
        <w:rPr>
          <w:rFonts w:ascii="Arial" w:hAnsi="Arial" w:cs="Arial"/>
          <w:szCs w:val="24"/>
        </w:rPr>
        <w:br/>
      </w:r>
      <w:r w:rsidR="00CD6A61" w:rsidRPr="009F7997">
        <w:rPr>
          <w:rFonts w:ascii="Arial" w:hAnsi="Arial" w:cs="Arial"/>
          <w:szCs w:val="24"/>
        </w:rPr>
        <w:t xml:space="preserve">Fifty </w:t>
      </w:r>
      <w:r w:rsidRPr="009F7997">
        <w:rPr>
          <w:rFonts w:ascii="Arial" w:hAnsi="Arial" w:cs="Arial"/>
          <w:szCs w:val="24"/>
        </w:rPr>
        <w:t>years ago, I raised my right hand and swore an oath to support and defend the Constitution of the United States</w:t>
      </w:r>
      <w:r w:rsidR="00CD6A61" w:rsidRPr="009F7997">
        <w:rPr>
          <w:rFonts w:ascii="Arial" w:hAnsi="Arial" w:cs="Arial"/>
          <w:szCs w:val="24"/>
        </w:rPr>
        <w:t>.</w:t>
      </w:r>
      <w:r w:rsidRPr="009F7997">
        <w:rPr>
          <w:rFonts w:ascii="Arial" w:hAnsi="Arial" w:cs="Arial"/>
          <w:szCs w:val="24"/>
        </w:rPr>
        <w:br/>
        <w:t>That oath shaped my life. It taught me leadership, humility, and that the greatest measure of a person is not what they receive in life, but what they give.</w:t>
      </w:r>
      <w:r w:rsidRPr="009F7997">
        <w:rPr>
          <w:rFonts w:ascii="Arial" w:hAnsi="Arial" w:cs="Arial"/>
          <w:szCs w:val="24"/>
        </w:rPr>
        <w:br/>
        <w:t>When I retired from the Army, I didn't retire from service. I simply found a new way to serve.</w:t>
      </w:r>
      <w:r w:rsidRPr="009F7997">
        <w:rPr>
          <w:rFonts w:ascii="Arial" w:hAnsi="Arial" w:cs="Arial"/>
          <w:szCs w:val="24"/>
        </w:rPr>
        <w:br/>
        <w:t>Today I have the privilege of serving as Commander of Eastern Shore American Legion Post 199.</w:t>
      </w:r>
      <w:r w:rsidRPr="009F7997">
        <w:rPr>
          <w:rFonts w:ascii="Arial" w:hAnsi="Arial" w:cs="Arial"/>
          <w:szCs w:val="24"/>
        </w:rPr>
        <w:br/>
        <w:t>We are far more than a building.</w:t>
      </w:r>
      <w:r w:rsidRPr="009F7997">
        <w:rPr>
          <w:rFonts w:ascii="Arial" w:hAnsi="Arial" w:cs="Arial"/>
          <w:szCs w:val="24"/>
        </w:rPr>
        <w:br/>
        <w:t>We are Buddy Checks that remind Veterans they are not alone.</w:t>
      </w:r>
      <w:r w:rsidRPr="009F7997">
        <w:rPr>
          <w:rFonts w:ascii="Arial" w:hAnsi="Arial" w:cs="Arial"/>
          <w:szCs w:val="24"/>
        </w:rPr>
        <w:br/>
        <w:t>We are flag ceremonies that teach the next generation.</w:t>
      </w:r>
      <w:r w:rsidRPr="009F7997">
        <w:rPr>
          <w:rFonts w:ascii="Arial" w:hAnsi="Arial" w:cs="Arial"/>
          <w:szCs w:val="24"/>
        </w:rPr>
        <w:br/>
        <w:t>We are scholarships, funeral honors, community outreach, and neighbors helping neighbors.</w:t>
      </w:r>
    </w:p>
    <w:p w14:paraId="391F9E21" w14:textId="6055D782" w:rsidR="00A65A87" w:rsidRPr="009F7997" w:rsidRDefault="00A65A87" w:rsidP="009B7078">
      <w:pPr>
        <w:spacing w:after="0"/>
        <w:rPr>
          <w:rFonts w:ascii="Arial" w:hAnsi="Arial" w:cs="Arial"/>
          <w:szCs w:val="24"/>
        </w:rPr>
      </w:pPr>
      <w:r w:rsidRPr="009F7997">
        <w:rPr>
          <w:rFonts w:ascii="Arial" w:hAnsi="Arial" w:cs="Arial"/>
          <w:szCs w:val="24"/>
        </w:rPr>
        <w:t>Every volunteer hour writes another page in America's story.</w:t>
      </w:r>
      <w:r w:rsidRPr="009F7997">
        <w:rPr>
          <w:rFonts w:ascii="Arial" w:hAnsi="Arial" w:cs="Arial"/>
          <w:szCs w:val="24"/>
        </w:rPr>
        <w:br/>
        <w:t>The Founders pledged their lives, their fortunes, and their sacred honor.</w:t>
      </w:r>
      <w:r w:rsidRPr="009F7997">
        <w:rPr>
          <w:rFonts w:ascii="Arial" w:hAnsi="Arial" w:cs="Arial"/>
          <w:szCs w:val="24"/>
        </w:rPr>
        <w:br/>
        <w:t>Today we honor that legacy by giving our time, our talents, our compassion, and our leadership.</w:t>
      </w:r>
      <w:r w:rsidRPr="009F7997">
        <w:rPr>
          <w:rFonts w:ascii="Arial" w:hAnsi="Arial" w:cs="Arial"/>
          <w:szCs w:val="24"/>
        </w:rPr>
        <w:br/>
        <w:t>The uniform may come off, but the oath never truly leaves us.</w:t>
      </w:r>
      <w:r w:rsidRPr="009F7997">
        <w:rPr>
          <w:rFonts w:ascii="Arial" w:hAnsi="Arial" w:cs="Arial"/>
          <w:szCs w:val="24"/>
        </w:rPr>
        <w:br/>
        <w:t>History is quietly asking something of us.</w:t>
      </w:r>
      <w:r w:rsidRPr="009F7997">
        <w:rPr>
          <w:rFonts w:ascii="Arial" w:hAnsi="Arial" w:cs="Arial"/>
          <w:szCs w:val="24"/>
        </w:rPr>
        <w:br/>
        <w:t>Will we leave America stronger than we found it?</w:t>
      </w:r>
      <w:r w:rsidRPr="009F7997">
        <w:rPr>
          <w:rFonts w:ascii="Arial" w:hAnsi="Arial" w:cs="Arial"/>
          <w:szCs w:val="24"/>
        </w:rPr>
        <w:br/>
        <w:t>I believe the answer begins in communities like ours and in people willing to serve.</w:t>
      </w:r>
    </w:p>
    <w:p w14:paraId="435A5C92" w14:textId="77777777" w:rsidR="00A65A87" w:rsidRPr="009F7997" w:rsidRDefault="00A65A87" w:rsidP="00A65A87">
      <w:pPr>
        <w:pStyle w:val="Heading1"/>
        <w:jc w:val="center"/>
        <w:rPr>
          <w:rFonts w:ascii="Arial" w:hAnsi="Arial" w:cs="Arial"/>
          <w:sz w:val="24"/>
          <w:szCs w:val="24"/>
        </w:rPr>
      </w:pPr>
      <w:r w:rsidRPr="009F7997">
        <w:rPr>
          <w:rFonts w:ascii="Arial" w:hAnsi="Arial" w:cs="Arial"/>
          <w:sz w:val="24"/>
          <w:szCs w:val="24"/>
        </w:rPr>
        <w:t>America at 250</w:t>
      </w:r>
      <w:r w:rsidRPr="009F7997">
        <w:rPr>
          <w:rFonts w:ascii="Arial" w:hAnsi="Arial" w:cs="Arial"/>
          <w:sz w:val="24"/>
          <w:szCs w:val="24"/>
        </w:rPr>
        <w:br/>
        <w:t>Part VI – History Hands Us the Pen</w:t>
      </w:r>
    </w:p>
    <w:p w14:paraId="0C21ED26" w14:textId="77777777" w:rsidR="00CD6A61" w:rsidRPr="009F7997" w:rsidRDefault="00CD6A61" w:rsidP="00CD6A61">
      <w:pPr>
        <w:rPr>
          <w:rFonts w:ascii="Arial" w:hAnsi="Arial" w:cs="Arial"/>
          <w:szCs w:val="24"/>
        </w:rPr>
      </w:pPr>
    </w:p>
    <w:p w14:paraId="1AD457DE" w14:textId="47F54AC8" w:rsidR="00123C5A" w:rsidRDefault="00A65A87" w:rsidP="00E56E70">
      <w:pPr>
        <w:spacing w:after="0" w:line="240" w:lineRule="auto"/>
        <w:rPr>
          <w:rFonts w:ascii="Arial" w:hAnsi="Arial" w:cs="Arial"/>
          <w:szCs w:val="24"/>
        </w:rPr>
      </w:pPr>
      <w:r w:rsidRPr="009F7997">
        <w:rPr>
          <w:rFonts w:ascii="Arial" w:hAnsi="Arial" w:cs="Arial"/>
          <w:szCs w:val="24"/>
        </w:rPr>
        <w:t>As we come to the end of our journey together, I want to ask you to imagine one more scene.</w:t>
      </w:r>
      <w:r w:rsidRPr="009F7997">
        <w:rPr>
          <w:rFonts w:ascii="Arial" w:hAnsi="Arial" w:cs="Arial"/>
          <w:szCs w:val="24"/>
        </w:rPr>
        <w:br/>
        <w:t>Imagine it is July 4, 2076.</w:t>
      </w:r>
      <w:r w:rsidRPr="009F7997">
        <w:rPr>
          <w:rFonts w:ascii="Arial" w:hAnsi="Arial" w:cs="Arial"/>
          <w:szCs w:val="24"/>
        </w:rPr>
        <w:br/>
        <w:t>America is celebrating her 300th birthday.</w:t>
      </w:r>
      <w:r w:rsidRPr="009F7997">
        <w:rPr>
          <w:rFonts w:ascii="Arial" w:hAnsi="Arial" w:cs="Arial"/>
          <w:szCs w:val="24"/>
        </w:rPr>
        <w:br/>
        <w:t>A young girl stands with her family at an Independence Day ceremony much like this one.</w:t>
      </w:r>
      <w:r w:rsidRPr="009F7997">
        <w:rPr>
          <w:rFonts w:ascii="Arial" w:hAnsi="Arial" w:cs="Arial"/>
          <w:szCs w:val="24"/>
        </w:rPr>
        <w:br/>
        <w:t>She places her hand over her heart as the National Anthem is played.</w:t>
      </w:r>
      <w:r w:rsidRPr="009F7997">
        <w:rPr>
          <w:rFonts w:ascii="Arial" w:hAnsi="Arial" w:cs="Arial"/>
          <w:szCs w:val="24"/>
        </w:rPr>
        <w:br/>
        <w:t>She watches Old Glory wave in the summer breeze.</w:t>
      </w:r>
      <w:r w:rsidRPr="009F7997">
        <w:rPr>
          <w:rFonts w:ascii="Arial" w:hAnsi="Arial" w:cs="Arial"/>
          <w:szCs w:val="24"/>
        </w:rPr>
        <w:br/>
      </w:r>
      <w:r w:rsidRPr="009F7997">
        <w:rPr>
          <w:rFonts w:ascii="Arial" w:hAnsi="Arial" w:cs="Arial"/>
          <w:szCs w:val="24"/>
        </w:rPr>
        <w:lastRenderedPageBreak/>
        <w:t>She listens as someone tells the story of 1776.</w:t>
      </w:r>
      <w:r w:rsidRPr="009F7997">
        <w:rPr>
          <w:rFonts w:ascii="Arial" w:hAnsi="Arial" w:cs="Arial"/>
          <w:szCs w:val="24"/>
        </w:rPr>
        <w:br/>
        <w:t>Then she begins to wonder.</w:t>
      </w:r>
      <w:r w:rsidRPr="009F7997">
        <w:rPr>
          <w:rFonts w:ascii="Arial" w:hAnsi="Arial" w:cs="Arial"/>
          <w:szCs w:val="24"/>
        </w:rPr>
        <w:br/>
        <w:t>"What were they like?"</w:t>
      </w:r>
      <w:r w:rsidRPr="009F7997">
        <w:rPr>
          <w:rFonts w:ascii="Arial" w:hAnsi="Arial" w:cs="Arial"/>
          <w:szCs w:val="24"/>
        </w:rPr>
        <w:br/>
        <w:t>"What kind of people lived in America during her 250th birthday?"</w:t>
      </w:r>
      <w:r w:rsidRPr="009F7997">
        <w:rPr>
          <w:rFonts w:ascii="Arial" w:hAnsi="Arial" w:cs="Arial"/>
          <w:szCs w:val="24"/>
        </w:rPr>
        <w:br/>
        <w:t>"What did they believe?"</w:t>
      </w:r>
      <w:r w:rsidRPr="009F7997">
        <w:rPr>
          <w:rFonts w:ascii="Arial" w:hAnsi="Arial" w:cs="Arial"/>
          <w:szCs w:val="24"/>
        </w:rPr>
        <w:br/>
        <w:t>"What did they protect?"</w:t>
      </w:r>
      <w:r w:rsidRPr="009F7997">
        <w:rPr>
          <w:rFonts w:ascii="Arial" w:hAnsi="Arial" w:cs="Arial"/>
          <w:szCs w:val="24"/>
        </w:rPr>
        <w:br/>
        <w:t>"What did they leave behind for us?"</w:t>
      </w:r>
      <w:r w:rsidRPr="009F7997">
        <w:rPr>
          <w:rFonts w:ascii="Arial" w:hAnsi="Arial" w:cs="Arial"/>
          <w:szCs w:val="24"/>
        </w:rPr>
        <w:br/>
        <w:t>My friends...</w:t>
      </w:r>
      <w:r w:rsidRPr="009F7997">
        <w:rPr>
          <w:rFonts w:ascii="Arial" w:hAnsi="Arial" w:cs="Arial"/>
          <w:szCs w:val="24"/>
        </w:rPr>
        <w:br/>
        <w:t>That little girl may never know our names.</w:t>
      </w:r>
      <w:r w:rsidRPr="009F7997">
        <w:rPr>
          <w:rFonts w:ascii="Arial" w:hAnsi="Arial" w:cs="Arial"/>
          <w:szCs w:val="24"/>
        </w:rPr>
        <w:br/>
        <w:t>But she will live with the consequences of our choices.</w:t>
      </w:r>
      <w:r w:rsidRPr="009F7997">
        <w:rPr>
          <w:rFonts w:ascii="Arial" w:hAnsi="Arial" w:cs="Arial"/>
          <w:szCs w:val="24"/>
        </w:rPr>
        <w:br/>
        <w:t>She will inherit the nation we leave her.</w:t>
      </w:r>
      <w:r w:rsidRPr="009F7997">
        <w:rPr>
          <w:rFonts w:ascii="Arial" w:hAnsi="Arial" w:cs="Arial"/>
          <w:szCs w:val="24"/>
        </w:rPr>
        <w:br/>
        <w:t>Just as we inherited this nation from those who came before us.</w:t>
      </w:r>
      <w:r w:rsidRPr="009F7997">
        <w:rPr>
          <w:rFonts w:ascii="Arial" w:hAnsi="Arial" w:cs="Arial"/>
          <w:szCs w:val="24"/>
        </w:rPr>
        <w:br/>
        <w:t>Two hundred and fifty years ago, fifty-six ordinary men picked up a quill and signed their names to history.</w:t>
      </w:r>
      <w:r w:rsidRPr="009F7997">
        <w:rPr>
          <w:rFonts w:ascii="Arial" w:hAnsi="Arial" w:cs="Arial"/>
          <w:szCs w:val="24"/>
        </w:rPr>
        <w:br/>
        <w:t>They never met us.</w:t>
      </w:r>
      <w:r w:rsidRPr="009F7997">
        <w:rPr>
          <w:rFonts w:ascii="Arial" w:hAnsi="Arial" w:cs="Arial"/>
          <w:szCs w:val="24"/>
        </w:rPr>
        <w:br/>
        <w:t>Yet they believed that future generations—people they would never know—were worth sacrificing everything for.</w:t>
      </w:r>
      <w:r w:rsidRPr="009F7997">
        <w:rPr>
          <w:rFonts w:ascii="Arial" w:hAnsi="Arial" w:cs="Arial"/>
          <w:szCs w:val="24"/>
        </w:rPr>
        <w:br/>
        <w:t>Today...</w:t>
      </w:r>
      <w:r w:rsidRPr="009F7997">
        <w:rPr>
          <w:rFonts w:ascii="Arial" w:hAnsi="Arial" w:cs="Arial"/>
          <w:szCs w:val="24"/>
        </w:rPr>
        <w:br/>
        <w:t>History places that same faith in us.</w:t>
      </w:r>
      <w:r w:rsidRPr="009F7997">
        <w:rPr>
          <w:rFonts w:ascii="Arial" w:hAnsi="Arial" w:cs="Arial"/>
          <w:szCs w:val="24"/>
        </w:rPr>
        <w:br/>
        <w:t>Not with a quill.</w:t>
      </w:r>
      <w:r w:rsidRPr="009F7997">
        <w:rPr>
          <w:rFonts w:ascii="Arial" w:hAnsi="Arial" w:cs="Arial"/>
          <w:szCs w:val="24"/>
        </w:rPr>
        <w:br/>
        <w:t>But with our lives.</w:t>
      </w:r>
      <w:r w:rsidRPr="009F7997">
        <w:rPr>
          <w:rFonts w:ascii="Arial" w:hAnsi="Arial" w:cs="Arial"/>
          <w:szCs w:val="24"/>
        </w:rPr>
        <w:br/>
        <w:t>Every act of kindness writes a sentence.</w:t>
      </w:r>
      <w:r w:rsidRPr="009F7997">
        <w:rPr>
          <w:rFonts w:ascii="Arial" w:hAnsi="Arial" w:cs="Arial"/>
          <w:szCs w:val="24"/>
        </w:rPr>
        <w:br/>
        <w:t>Every act of service writes a paragraph.</w:t>
      </w:r>
      <w:r w:rsidRPr="009F7997">
        <w:rPr>
          <w:rFonts w:ascii="Arial" w:hAnsi="Arial" w:cs="Arial"/>
          <w:szCs w:val="24"/>
        </w:rPr>
        <w:br/>
        <w:t>Every generation writes a chapter.</w:t>
      </w:r>
      <w:r w:rsidRPr="009F7997">
        <w:rPr>
          <w:rFonts w:ascii="Arial" w:hAnsi="Arial" w:cs="Arial"/>
          <w:szCs w:val="24"/>
        </w:rPr>
        <w:br/>
        <w:t>The question is not whether history is being written.</w:t>
      </w:r>
      <w:r w:rsidRPr="009F7997">
        <w:rPr>
          <w:rFonts w:ascii="Arial" w:hAnsi="Arial" w:cs="Arial"/>
          <w:szCs w:val="24"/>
        </w:rPr>
        <w:br/>
        <w:t>It is.</w:t>
      </w:r>
      <w:r w:rsidRPr="009F7997">
        <w:rPr>
          <w:rFonts w:ascii="Arial" w:hAnsi="Arial" w:cs="Arial"/>
          <w:szCs w:val="24"/>
        </w:rPr>
        <w:br/>
        <w:t>The question is...</w:t>
      </w:r>
      <w:r w:rsidRPr="009F7997">
        <w:rPr>
          <w:rFonts w:ascii="Arial" w:hAnsi="Arial" w:cs="Arial"/>
          <w:szCs w:val="24"/>
        </w:rPr>
        <w:br/>
        <w:t>What story will it tell about us?</w:t>
      </w:r>
      <w:r w:rsidRPr="009F7997">
        <w:rPr>
          <w:rFonts w:ascii="Arial" w:hAnsi="Arial" w:cs="Arial"/>
          <w:szCs w:val="24"/>
        </w:rPr>
        <w:br/>
        <w:t>Will it say that when America needed citizens, we stepped forward?</w:t>
      </w:r>
      <w:r w:rsidRPr="009F7997">
        <w:rPr>
          <w:rFonts w:ascii="Arial" w:hAnsi="Arial" w:cs="Arial"/>
          <w:szCs w:val="24"/>
        </w:rPr>
        <w:br/>
        <w:t>Will it say we taught our children the meaning of freedom?</w:t>
      </w:r>
      <w:r w:rsidRPr="009F7997">
        <w:rPr>
          <w:rFonts w:ascii="Arial" w:hAnsi="Arial" w:cs="Arial"/>
          <w:szCs w:val="24"/>
        </w:rPr>
        <w:br/>
        <w:t>Will it say we honored our Veterans not only with words, but with action?</w:t>
      </w:r>
      <w:r w:rsidRPr="009F7997">
        <w:rPr>
          <w:rFonts w:ascii="Arial" w:hAnsi="Arial" w:cs="Arial"/>
          <w:szCs w:val="24"/>
        </w:rPr>
        <w:br/>
        <w:t>Will it say we defended the Constitution, strengthened our communities, and treated one another with dignity and respect?</w:t>
      </w:r>
      <w:r w:rsidRPr="009F7997">
        <w:rPr>
          <w:rFonts w:ascii="Arial" w:hAnsi="Arial" w:cs="Arial"/>
          <w:szCs w:val="24"/>
        </w:rPr>
        <w:br/>
        <w:t>I believe the American spirit that crossed the Delaware, endured Valley Forge, stood at Gettysburg, stormed the beaches of Normandy, fought through Korea and Vietnam, responded on September 11th, and continues to serve today still lives within the hearts of ordinary Americans.</w:t>
      </w:r>
      <w:r w:rsidRPr="009F7997">
        <w:rPr>
          <w:rFonts w:ascii="Arial" w:hAnsi="Arial" w:cs="Arial"/>
          <w:szCs w:val="24"/>
        </w:rPr>
        <w:br/>
        <w:t>It lives in parents raising good children.</w:t>
      </w:r>
      <w:r w:rsidRPr="009F7997">
        <w:rPr>
          <w:rFonts w:ascii="Arial" w:hAnsi="Arial" w:cs="Arial"/>
          <w:szCs w:val="24"/>
        </w:rPr>
        <w:br/>
        <w:t>Teachers shaping young minds.</w:t>
      </w:r>
      <w:r w:rsidRPr="009F7997">
        <w:rPr>
          <w:rFonts w:ascii="Arial" w:hAnsi="Arial" w:cs="Arial"/>
          <w:szCs w:val="24"/>
        </w:rPr>
        <w:br/>
        <w:t>First responders answering the call.</w:t>
      </w:r>
      <w:r w:rsidRPr="009F7997">
        <w:rPr>
          <w:rFonts w:ascii="Arial" w:hAnsi="Arial" w:cs="Arial"/>
          <w:szCs w:val="24"/>
        </w:rPr>
        <w:br/>
        <w:t>Veterans who continue serving long after military retirement.</w:t>
      </w:r>
      <w:r w:rsidRPr="009F7997">
        <w:rPr>
          <w:rFonts w:ascii="Arial" w:hAnsi="Arial" w:cs="Arial"/>
          <w:szCs w:val="24"/>
        </w:rPr>
        <w:br/>
        <w:t>And it lives right here in this community.</w:t>
      </w:r>
      <w:r w:rsidRPr="009F7997">
        <w:rPr>
          <w:rFonts w:ascii="Arial" w:hAnsi="Arial" w:cs="Arial"/>
          <w:szCs w:val="24"/>
        </w:rPr>
        <w:br/>
        <w:t>The story of America has never belonged to famous people alone.</w:t>
      </w:r>
      <w:r w:rsidRPr="009F7997">
        <w:rPr>
          <w:rFonts w:ascii="Arial" w:hAnsi="Arial" w:cs="Arial"/>
          <w:szCs w:val="24"/>
        </w:rPr>
        <w:br/>
        <w:t>It has always belonged to ordinary citizens who chose to do extraordinary things.</w:t>
      </w:r>
      <w:r w:rsidRPr="009F7997">
        <w:rPr>
          <w:rFonts w:ascii="Arial" w:hAnsi="Arial" w:cs="Arial"/>
          <w:szCs w:val="24"/>
        </w:rPr>
        <w:br/>
        <w:t>So, as we celebrate America's 250th birthday, I leave you with one final thought.</w:t>
      </w:r>
      <w:r w:rsidRPr="009F7997">
        <w:rPr>
          <w:rFonts w:ascii="Arial" w:hAnsi="Arial" w:cs="Arial"/>
          <w:szCs w:val="24"/>
        </w:rPr>
        <w:br/>
        <w:t>Two hundred and fifty years ago, history was written with a quill.</w:t>
      </w:r>
      <w:r w:rsidRPr="009F7997">
        <w:rPr>
          <w:rFonts w:ascii="Arial" w:hAnsi="Arial" w:cs="Arial"/>
          <w:szCs w:val="24"/>
        </w:rPr>
        <w:br/>
        <w:t>Today...</w:t>
      </w:r>
      <w:r w:rsidRPr="009F7997">
        <w:rPr>
          <w:rFonts w:ascii="Arial" w:hAnsi="Arial" w:cs="Arial"/>
          <w:szCs w:val="24"/>
        </w:rPr>
        <w:br/>
        <w:t>History hands the pen to us.</w:t>
      </w:r>
      <w:r w:rsidRPr="009F7997">
        <w:rPr>
          <w:rFonts w:ascii="Arial" w:hAnsi="Arial" w:cs="Arial"/>
          <w:szCs w:val="24"/>
        </w:rPr>
        <w:br/>
        <w:t>May we write with courage.</w:t>
      </w:r>
      <w:r w:rsidRPr="009F7997">
        <w:rPr>
          <w:rFonts w:ascii="Arial" w:hAnsi="Arial" w:cs="Arial"/>
          <w:szCs w:val="24"/>
        </w:rPr>
        <w:br/>
        <w:t>May we write with integrity.</w:t>
      </w:r>
      <w:r w:rsidRPr="009F7997">
        <w:rPr>
          <w:rFonts w:ascii="Arial" w:hAnsi="Arial" w:cs="Arial"/>
          <w:szCs w:val="24"/>
        </w:rPr>
        <w:br/>
      </w:r>
      <w:r w:rsidRPr="009F7997">
        <w:rPr>
          <w:rFonts w:ascii="Arial" w:hAnsi="Arial" w:cs="Arial"/>
          <w:szCs w:val="24"/>
        </w:rPr>
        <w:lastRenderedPageBreak/>
        <w:t>May we write with compassion.</w:t>
      </w:r>
      <w:r w:rsidRPr="009F7997">
        <w:rPr>
          <w:rFonts w:ascii="Arial" w:hAnsi="Arial" w:cs="Arial"/>
          <w:szCs w:val="24"/>
        </w:rPr>
        <w:br/>
        <w:t>May we write a chapter worthy of those who signed the Declaration of Independence and those who defended this Republic through every generation.</w:t>
      </w:r>
      <w:r w:rsidRPr="009F7997">
        <w:rPr>
          <w:rFonts w:ascii="Arial" w:hAnsi="Arial" w:cs="Arial"/>
          <w:szCs w:val="24"/>
        </w:rPr>
        <w:br/>
        <w:t>When Americans gather on July 4, 2076, may they look back on us and say:</w:t>
      </w:r>
      <w:r w:rsidRPr="009F7997">
        <w:rPr>
          <w:rFonts w:ascii="Arial" w:hAnsi="Arial" w:cs="Arial"/>
          <w:szCs w:val="24"/>
        </w:rPr>
        <w:br/>
        <w:t>They kept the faith.</w:t>
      </w:r>
      <w:r w:rsidRPr="009F7997">
        <w:rPr>
          <w:rFonts w:ascii="Arial" w:hAnsi="Arial" w:cs="Arial"/>
          <w:szCs w:val="24"/>
        </w:rPr>
        <w:br/>
        <w:t>They preserved freedom.</w:t>
      </w:r>
      <w:r w:rsidRPr="009F7997">
        <w:rPr>
          <w:rFonts w:ascii="Arial" w:hAnsi="Arial" w:cs="Arial"/>
          <w:szCs w:val="24"/>
        </w:rPr>
        <w:br/>
        <w:t>They loved their country.</w:t>
      </w:r>
    </w:p>
    <w:p w14:paraId="7C9E157E" w14:textId="29197FB4" w:rsidR="00A65A87" w:rsidRPr="009F7997" w:rsidRDefault="00A65A87" w:rsidP="00A65A87">
      <w:pPr>
        <w:rPr>
          <w:rFonts w:ascii="Arial" w:hAnsi="Arial" w:cs="Arial"/>
          <w:szCs w:val="24"/>
        </w:rPr>
      </w:pPr>
      <w:r w:rsidRPr="009F7997">
        <w:rPr>
          <w:rFonts w:ascii="Arial" w:hAnsi="Arial" w:cs="Arial"/>
          <w:szCs w:val="24"/>
        </w:rPr>
        <w:t>They served one another.</w:t>
      </w:r>
      <w:r w:rsidRPr="009F7997">
        <w:rPr>
          <w:rFonts w:ascii="Arial" w:hAnsi="Arial" w:cs="Arial"/>
          <w:szCs w:val="24"/>
        </w:rPr>
        <w:br/>
        <w:t>And because they did...</w:t>
      </w:r>
      <w:r w:rsidRPr="009F7997">
        <w:rPr>
          <w:rFonts w:ascii="Arial" w:hAnsi="Arial" w:cs="Arial"/>
          <w:szCs w:val="24"/>
        </w:rPr>
        <w:br/>
        <w:t>America remained the land of the free and the home of the brave.</w:t>
      </w:r>
      <w:r w:rsidRPr="009F7997">
        <w:rPr>
          <w:rFonts w:ascii="Arial" w:hAnsi="Arial" w:cs="Arial"/>
          <w:szCs w:val="24"/>
        </w:rPr>
        <w:br/>
        <w:t>May God bless each of you.</w:t>
      </w:r>
      <w:r w:rsidRPr="009F7997">
        <w:rPr>
          <w:rFonts w:ascii="Arial" w:hAnsi="Arial" w:cs="Arial"/>
          <w:szCs w:val="24"/>
        </w:rPr>
        <w:br/>
        <w:t>May God bless our Veterans.</w:t>
      </w:r>
      <w:r w:rsidRPr="009F7997">
        <w:rPr>
          <w:rFonts w:ascii="Arial" w:hAnsi="Arial" w:cs="Arial"/>
          <w:szCs w:val="24"/>
        </w:rPr>
        <w:br/>
        <w:t>May God bless those serving around the world today.</w:t>
      </w:r>
      <w:r w:rsidRPr="009F7997">
        <w:rPr>
          <w:rFonts w:ascii="Arial" w:hAnsi="Arial" w:cs="Arial"/>
          <w:szCs w:val="24"/>
        </w:rPr>
        <w:br/>
        <w:t>And may God forever bless the United States of America.</w:t>
      </w:r>
      <w:r w:rsidRPr="009F7997">
        <w:rPr>
          <w:rFonts w:ascii="Arial" w:hAnsi="Arial" w:cs="Arial"/>
          <w:szCs w:val="24"/>
        </w:rPr>
        <w:br/>
        <w:t>Happy Independence Day.</w:t>
      </w:r>
    </w:p>
    <w:p w14:paraId="6C5719BE" w14:textId="77777777" w:rsidR="008C1584" w:rsidRDefault="008C1584" w:rsidP="00A65A87">
      <w:pPr>
        <w:rPr>
          <w:rFonts w:ascii="Arial" w:hAnsi="Arial" w:cs="Arial"/>
          <w:sz w:val="32"/>
          <w:szCs w:val="32"/>
        </w:rPr>
      </w:pPr>
    </w:p>
    <w:p w14:paraId="2DF39160" w14:textId="13CBE854" w:rsidR="00A65A87" w:rsidRDefault="00A65A87"/>
    <w:sectPr w:rsidR="00A65A87" w:rsidSect="00123C5A">
      <w:footerReference w:type="even" r:id="rId8"/>
      <w:footerReference w:type="default" r:id="rId9"/>
      <w:pgSz w:w="12240" w:h="15840"/>
      <w:pgMar w:top="1008"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CAFA1E" w14:textId="77777777" w:rsidR="00C9410D" w:rsidRDefault="00C9410D" w:rsidP="00A14820">
      <w:pPr>
        <w:spacing w:after="0" w:line="240" w:lineRule="auto"/>
      </w:pPr>
      <w:r>
        <w:separator/>
      </w:r>
    </w:p>
  </w:endnote>
  <w:endnote w:type="continuationSeparator" w:id="0">
    <w:p w14:paraId="508A2E68" w14:textId="77777777" w:rsidR="00C9410D" w:rsidRDefault="00C9410D" w:rsidP="00A14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74348091"/>
      <w:docPartObj>
        <w:docPartGallery w:val="Page Numbers (Bottom of Page)"/>
        <w:docPartUnique/>
      </w:docPartObj>
    </w:sdtPr>
    <w:sdtContent>
      <w:p w14:paraId="64762A29" w14:textId="39C258FB" w:rsidR="00A14820" w:rsidRDefault="00A14820" w:rsidP="00A148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E96937" w14:textId="77777777" w:rsidR="00A14820" w:rsidRDefault="00A14820" w:rsidP="00A148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7454384"/>
      <w:docPartObj>
        <w:docPartGallery w:val="Page Numbers (Bottom of Page)"/>
        <w:docPartUnique/>
      </w:docPartObj>
    </w:sdtPr>
    <w:sdtContent>
      <w:p w14:paraId="690E1476" w14:textId="704FB540" w:rsidR="00A14820" w:rsidRDefault="00A14820" w:rsidP="00A148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28C4AD" w14:textId="77777777" w:rsidR="00A14820" w:rsidRDefault="00A14820" w:rsidP="00A148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F01027" w14:textId="77777777" w:rsidR="00C9410D" w:rsidRDefault="00C9410D" w:rsidP="00A14820">
      <w:pPr>
        <w:spacing w:after="0" w:line="240" w:lineRule="auto"/>
      </w:pPr>
      <w:r>
        <w:separator/>
      </w:r>
    </w:p>
  </w:footnote>
  <w:footnote w:type="continuationSeparator" w:id="0">
    <w:p w14:paraId="04B2AB57" w14:textId="77777777" w:rsidR="00C9410D" w:rsidRDefault="00C9410D" w:rsidP="00A148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36A33A1"/>
    <w:multiLevelType w:val="hybridMultilevel"/>
    <w:tmpl w:val="7B247060"/>
    <w:lvl w:ilvl="0" w:tplc="385693BE">
      <w:numFmt w:val="bullet"/>
      <w:lvlText w:val=""/>
      <w:lvlJc w:val="left"/>
      <w:pPr>
        <w:ind w:left="720" w:hanging="360"/>
      </w:pPr>
      <w:rPr>
        <w:rFonts w:ascii="Wingdings" w:eastAsiaTheme="minorEastAsia"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8814599">
    <w:abstractNumId w:val="8"/>
  </w:num>
  <w:num w:numId="2" w16cid:durableId="1242452088">
    <w:abstractNumId w:val="6"/>
  </w:num>
  <w:num w:numId="3" w16cid:durableId="134835274">
    <w:abstractNumId w:val="5"/>
  </w:num>
  <w:num w:numId="4" w16cid:durableId="789055757">
    <w:abstractNumId w:val="4"/>
  </w:num>
  <w:num w:numId="5" w16cid:durableId="1412779054">
    <w:abstractNumId w:val="7"/>
  </w:num>
  <w:num w:numId="6" w16cid:durableId="1585142009">
    <w:abstractNumId w:val="3"/>
  </w:num>
  <w:num w:numId="7" w16cid:durableId="1263878439">
    <w:abstractNumId w:val="2"/>
  </w:num>
  <w:num w:numId="8" w16cid:durableId="1713070749">
    <w:abstractNumId w:val="1"/>
  </w:num>
  <w:num w:numId="9" w16cid:durableId="1296565022">
    <w:abstractNumId w:val="0"/>
  </w:num>
  <w:num w:numId="10" w16cid:durableId="194943428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3C5A"/>
    <w:rsid w:val="0015074B"/>
    <w:rsid w:val="00187160"/>
    <w:rsid w:val="0019029C"/>
    <w:rsid w:val="00224D5B"/>
    <w:rsid w:val="0029639D"/>
    <w:rsid w:val="00326F90"/>
    <w:rsid w:val="00715E97"/>
    <w:rsid w:val="00792056"/>
    <w:rsid w:val="007C7B21"/>
    <w:rsid w:val="008B73B2"/>
    <w:rsid w:val="008C1584"/>
    <w:rsid w:val="00985C73"/>
    <w:rsid w:val="009B7078"/>
    <w:rsid w:val="009F7997"/>
    <w:rsid w:val="00A14820"/>
    <w:rsid w:val="00A65A87"/>
    <w:rsid w:val="00AA1D8D"/>
    <w:rsid w:val="00B47730"/>
    <w:rsid w:val="00BA2AC0"/>
    <w:rsid w:val="00BA354C"/>
    <w:rsid w:val="00C9410D"/>
    <w:rsid w:val="00CB0664"/>
    <w:rsid w:val="00CD6A61"/>
    <w:rsid w:val="00DA2F9E"/>
    <w:rsid w:val="00E56E70"/>
    <w:rsid w:val="00E665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2654F0"/>
  <w14:defaultImageDpi w14:val="300"/>
  <w15:docId w15:val="{01CD4317-8E5C-3C4C-8BEB-01B58D38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A14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2195</Words>
  <Characters>12512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Nancy Taylor</cp:lastModifiedBy>
  <cp:revision>2</cp:revision>
  <dcterms:created xsi:type="dcterms:W3CDTF">2026-07-10T17:00:00Z</dcterms:created>
  <dcterms:modified xsi:type="dcterms:W3CDTF">2026-07-10T17:00:00Z</dcterms:modified>
  <cp:category/>
</cp:coreProperties>
</file>